
<file path=[Content_Types].xml><?xml version="1.0" encoding="utf-8"?>
<Types xmlns="http://schemas.openxmlformats.org/package/2006/content-types">
  <Default Extension="pn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3F083" w14:textId="3E2AE5F9" w:rsidR="003D025F" w:rsidRPr="00072D74" w:rsidRDefault="00D10168" w:rsidP="006F378F">
      <w:pPr>
        <w:spacing w:before="900" w:after="240"/>
        <w:jc w:val="center"/>
        <w:rPr>
          <w:rFonts w:ascii="Times New Roman" w:hAnsi="Times New Roman" w:cs="Times New Roman"/>
          <w:sz w:val="24"/>
          <w:szCs w:val="28"/>
        </w:rPr>
      </w:pPr>
      <w:r w:rsidRPr="00072D74">
        <w:rPr>
          <w:rFonts w:ascii="Times New Roman" w:hAnsi="Times New Roman" w:cs="Times New Roman"/>
          <w:b/>
          <w:color w:val="D1AB66"/>
          <w:sz w:val="56"/>
          <w:szCs w:val="28"/>
        </w:rPr>
        <w:t>EGYETEMI TANÁRI</w:t>
      </w:r>
      <w:r w:rsidR="0093657E" w:rsidRPr="00072D74">
        <w:rPr>
          <w:rFonts w:ascii="Times New Roman" w:hAnsi="Times New Roman" w:cs="Times New Roman"/>
          <w:b/>
          <w:color w:val="D1AB66"/>
          <w:sz w:val="56"/>
          <w:szCs w:val="28"/>
        </w:rPr>
        <w:t xml:space="preserve"> </w:t>
      </w:r>
      <w:r w:rsidRPr="00072D74">
        <w:rPr>
          <w:rFonts w:ascii="Times New Roman" w:hAnsi="Times New Roman" w:cs="Times New Roman"/>
          <w:b/>
          <w:color w:val="D1AB66"/>
          <w:sz w:val="56"/>
          <w:szCs w:val="28"/>
        </w:rPr>
        <w:t>PÁLYÁZAT</w:t>
      </w:r>
    </w:p>
    <w:p w14:paraId="309C33C3" w14:textId="29781339" w:rsidR="00FE1B76" w:rsidRPr="000314A5" w:rsidRDefault="00906876" w:rsidP="00FE1B76">
      <w:pPr>
        <w:spacing w:after="120"/>
        <w:jc w:val="both"/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A</w:t>
      </w:r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véglegesített</w:t>
      </w:r>
      <w:proofErr w:type="spellEnd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pályázatából</w:t>
      </w:r>
      <w:proofErr w:type="spellEnd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a </w:t>
      </w:r>
      <w:proofErr w:type="spellStart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Pályázati</w:t>
      </w:r>
      <w:proofErr w:type="spellEnd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sablonban</w:t>
      </w:r>
      <w:proofErr w:type="spellEnd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 w:rsidR="00FE1B76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pirossal</w:t>
      </w:r>
      <w:proofErr w:type="spellEnd"/>
      <w:r w:rsidR="00FE1B76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 w:rsidR="00FE1B76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szedett</w:t>
      </w:r>
      <w:proofErr w:type="spellEnd"/>
      <w:r w:rsidR="00FE1B76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 w:rsidR="00FE1B76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szövegrész</w:t>
      </w:r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ek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törlendők</w:t>
      </w:r>
      <w:proofErr w:type="spellEnd"/>
      <w:r w:rsidR="00BE58CD" w:rsidRPr="000314A5">
        <w:rPr>
          <w:rFonts w:ascii="Times New Roman" w:hAnsi="Times New Roman" w:cs="Times New Roman"/>
          <w:b/>
          <w:bCs/>
          <w:i/>
          <w:iCs/>
          <w:color w:val="EE0000"/>
          <w:sz w:val="22"/>
          <w:szCs w:val="24"/>
        </w:rPr>
        <w:t>.</w:t>
      </w:r>
    </w:p>
    <w:p w14:paraId="182F1773" w14:textId="4B820195" w:rsidR="00BE58CD" w:rsidRDefault="00BE58CD" w:rsidP="00BE58CD">
      <w:pPr>
        <w:spacing w:after="12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Válassza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ki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a</w:t>
      </w:r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z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alábbi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fedőlapok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)</w:t>
      </w:r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közül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a</w:t>
      </w: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z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Ön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számára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relevánsat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attól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függően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hogy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egy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vagy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több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tudományterületen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kéri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pályázata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értékelését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. A</w:t>
      </w:r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nem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releváns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</w:t>
      </w:r>
      <w:r w:rsidR="001168B0">
        <w:rPr>
          <w:rFonts w:ascii="Times New Roman" w:hAnsi="Times New Roman" w:cs="Times New Roman"/>
          <w:i/>
          <w:iCs/>
          <w:color w:val="EE0000"/>
          <w:sz w:val="22"/>
          <w:szCs w:val="24"/>
        </w:rPr>
        <w:t>ot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fedőlap</w:t>
      </w:r>
      <w:r w:rsidR="001168B0">
        <w:rPr>
          <w:rFonts w:ascii="Times New Roman" w:hAnsi="Times New Roman" w:cs="Times New Roman"/>
          <w:i/>
          <w:iCs/>
          <w:color w:val="EE0000"/>
          <w:sz w:val="22"/>
          <w:szCs w:val="24"/>
        </w:rPr>
        <w:t>ot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) </w:t>
      </w:r>
      <w:proofErr w:type="spellStart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tör</w:t>
      </w:r>
      <w:r w:rsidR="001168B0">
        <w:rPr>
          <w:rFonts w:ascii="Times New Roman" w:hAnsi="Times New Roman" w:cs="Times New Roman"/>
          <w:i/>
          <w:iCs/>
          <w:color w:val="EE0000"/>
          <w:sz w:val="22"/>
          <w:szCs w:val="24"/>
        </w:rPr>
        <w:t>ölje</w:t>
      </w:r>
      <w:proofErr w:type="spellEnd"/>
      <w:r w:rsidRPr="002A0636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. </w:t>
      </w:r>
    </w:p>
    <w:p w14:paraId="083E2E69" w14:textId="32C856AA" w:rsidR="00BE58CD" w:rsidRDefault="004326E4" w:rsidP="00BE58CD">
      <w:pPr>
        <w:spacing w:after="12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A</w:t>
      </w:r>
      <w:r w:rsid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mennyiben</w:t>
      </w:r>
      <w:proofErr w:type="spellEnd"/>
      <w:r w:rsid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Ön</w:t>
      </w:r>
      <w:proofErr w:type="spellEnd"/>
      <w:r w:rsid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a </w:t>
      </w:r>
      <w:proofErr w:type="spellStart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pályázata</w:t>
      </w:r>
      <w:proofErr w:type="spellEnd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értékelését</w:t>
      </w:r>
      <w:proofErr w:type="spellEnd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:</w:t>
      </w:r>
    </w:p>
    <w:p w14:paraId="3561F9BE" w14:textId="7B0660F3" w:rsidR="00BE58CD" w:rsidRDefault="00BE58CD" w:rsidP="00BE58CD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az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Agrártudományok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tudományterület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valamely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határterületén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kéri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táblázatot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egészítse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ki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releváns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határterület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megnevezésével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(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további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sort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beszúrva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Tudományág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után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);</w:t>
      </w:r>
    </w:p>
    <w:p w14:paraId="5B64AA20" w14:textId="023764DC" w:rsidR="00BE58CD" w:rsidRDefault="00BE58CD" w:rsidP="00BE58CD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az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Orvos- és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egészségtudományok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tudományterületen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kéri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táblázatot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egészítse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ki</w:t>
      </w: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az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Ön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szakterületének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megnevezésével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(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további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sort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beszúrva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Tudományág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után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)</w:t>
      </w:r>
      <w:r w:rsidR="00363EBE">
        <w:rPr>
          <w:rFonts w:ascii="Times New Roman" w:hAnsi="Times New Roman" w:cs="Times New Roman"/>
          <w:i/>
          <w:iCs/>
          <w:color w:val="EE0000"/>
          <w:sz w:val="22"/>
          <w:szCs w:val="24"/>
        </w:rPr>
        <w:t>;</w:t>
      </w:r>
    </w:p>
    <w:p w14:paraId="3800D56D" w14:textId="2750FB78" w:rsidR="003D025F" w:rsidRDefault="00BE58CD" w:rsidP="00BE58CD">
      <w:pPr>
        <w:pStyle w:val="ListParagraph"/>
        <w:numPr>
          <w:ilvl w:val="0"/>
          <w:numId w:val="10"/>
        </w:numPr>
        <w:spacing w:after="36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Művészetek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tudományterület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Művészettudomány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művészeti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ágban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kéri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táblázatot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egészítse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ki 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kapcsolódó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művészeti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ág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megnevezésével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(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további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sort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beszúrva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Művészeti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ág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után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)</w:t>
      </w:r>
      <w:r w:rsidR="00363EBE">
        <w:rPr>
          <w:rFonts w:ascii="Times New Roman" w:hAnsi="Times New Roman" w:cs="Times New Roman"/>
          <w:i/>
          <w:iCs/>
          <w:color w:val="EE0000"/>
          <w:sz w:val="22"/>
          <w:szCs w:val="24"/>
        </w:rPr>
        <w:t>;</w:t>
      </w:r>
    </w:p>
    <w:p w14:paraId="5C957844" w14:textId="7DB9B4D8" w:rsidR="00363EBE" w:rsidRDefault="00363EBE" w:rsidP="00363EBE">
      <w:pPr>
        <w:pStyle w:val="ListParagraph"/>
        <w:numPr>
          <w:ilvl w:val="0"/>
          <w:numId w:val="10"/>
        </w:numPr>
        <w:spacing w:after="36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Bölcsészettudományok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tudományterület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Pszichológiai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tudományágban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kéri</w:t>
      </w:r>
      <w:proofErr w:type="spellEnd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,</w:t>
      </w:r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táblázatot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egészítse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ki</w:t>
      </w:r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természettudományi</w:t>
      </w:r>
      <w:proofErr w:type="spellEnd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vagy</w:t>
      </w:r>
      <w:proofErr w:type="spellEnd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humán</w:t>
      </w:r>
      <w:proofErr w:type="spellEnd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tudományi</w:t>
      </w:r>
      <w:proofErr w:type="spellEnd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="00335E50" w:rsidRP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ág</w:t>
      </w:r>
      <w:proofErr w:type="spellEnd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m</w:t>
      </w:r>
      <w:proofErr w:type="spellStart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egnevezésével</w:t>
      </w:r>
      <w:proofErr w:type="spellEnd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(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további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sort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beszúrva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 w:rsidR="00335E50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Tudományág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u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tán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)</w:t>
      </w: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;</w:t>
      </w:r>
    </w:p>
    <w:p w14:paraId="6F52221B" w14:textId="1219FFDA" w:rsidR="00363EBE" w:rsidRPr="00335E50" w:rsidRDefault="00335E50" w:rsidP="00335E50">
      <w:pPr>
        <w:pStyle w:val="ListParagraph"/>
        <w:numPr>
          <w:ilvl w:val="0"/>
          <w:numId w:val="10"/>
        </w:numPr>
        <w:spacing w:after="360"/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Természettudományok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tudományterület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Földtudományok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tudományágban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kéri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,</w:t>
      </w:r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táblázatot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egészítse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ki</w:t>
      </w: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Földtudományok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A)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vagy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Földtudományok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B)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megnevezésével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(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további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sort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beszúrva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Tudományág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után</w:t>
      </w:r>
      <w:proofErr w:type="spellEnd"/>
      <w:r w:rsidRPr="00BE58CD">
        <w:rPr>
          <w:rFonts w:ascii="Times New Roman" w:hAnsi="Times New Roman" w:cs="Times New Roman"/>
          <w:i/>
          <w:iCs/>
          <w:color w:val="EE0000"/>
          <w:sz w:val="22"/>
          <w:szCs w:val="24"/>
        </w:rPr>
        <w:t>)</w:t>
      </w:r>
      <w:r>
        <w:rPr>
          <w:rFonts w:ascii="Times New Roman" w:hAnsi="Times New Roman" w:cs="Times New Roman"/>
          <w:i/>
          <w:iCs/>
          <w:color w:val="EE0000"/>
          <w:sz w:val="22"/>
          <w:szCs w:val="24"/>
        </w:rPr>
        <w:t>.</w:t>
      </w:r>
    </w:p>
    <w:tbl>
      <w:tblPr>
        <w:tblStyle w:val="TableGrid"/>
        <w:tblW w:w="0" w:type="auto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828"/>
        <w:gridCol w:w="5918"/>
      </w:tblGrid>
      <w:tr w:rsidR="003D025F" w:rsidRPr="00072D74" w14:paraId="2D27CEB1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0894A3" w14:textId="57231776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Pályázó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neve</w:t>
            </w:r>
            <w:r w:rsidR="0093657E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3AE31E" w14:textId="77777777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3D025F" w:rsidRPr="00072D74" w14:paraId="38DA8F87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311924" w14:textId="73FD4A94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Benyújtó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intézmény</w:t>
            </w:r>
            <w:proofErr w:type="spellEnd"/>
            <w:r w:rsidR="0093657E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9E66CC" w14:textId="77777777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3D025F" w:rsidRPr="00072D74" w14:paraId="3EDAAFBE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C10BB4" w14:textId="7281AE01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Kar /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szervezeti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egység</w:t>
            </w:r>
            <w:proofErr w:type="spellEnd"/>
            <w:r w:rsidR="0093657E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EAD42E" w14:textId="77777777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3D025F" w:rsidRPr="00072D74" w14:paraId="32D58D76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94ED5A" w14:textId="7A4CE1DC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Pályázati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kiírás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azonosítója</w:t>
            </w:r>
            <w:proofErr w:type="spellEnd"/>
            <w:r w:rsidR="0093657E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629405" w14:textId="77777777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3D025F" w:rsidRPr="00072D74" w14:paraId="3D719B23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A0B545" w14:textId="5AC608CF" w:rsidR="003D025F" w:rsidRPr="00072D74" w:rsidRDefault="00936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="00D10168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udományterület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56E3E5" w14:textId="77777777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3D025F" w:rsidRPr="00072D74" w14:paraId="0D26D31B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596A7A" w14:textId="3E8CB85C" w:rsidR="003D025F" w:rsidRPr="00072D74" w:rsidRDefault="00936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="00D10168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udományág</w:t>
            </w:r>
            <w:proofErr w:type="spellEnd"/>
            <w:r w:rsidR="00D10168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/ </w:t>
            </w:r>
            <w:proofErr w:type="spellStart"/>
            <w:r w:rsidR="00785D86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M</w:t>
            </w:r>
            <w:r w:rsidR="00D10168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űvészeti</w:t>
            </w:r>
            <w:proofErr w:type="spellEnd"/>
            <w:r w:rsidR="00D10168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="00D10168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ág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569F36" w14:textId="77777777" w:rsidR="003D025F" w:rsidRPr="00072D74" w:rsidRDefault="00D10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60203A" w:rsidRPr="00072D74" w14:paraId="25DF893B" w14:textId="77777777" w:rsidTr="005569D7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AF747D" w14:textId="7AE94598" w:rsidR="0060203A" w:rsidRDefault="0060203A" w:rsidP="00C3143A">
            <w:pPr>
              <w:spacing w:after="0" w:line="240" w:lineRule="auto"/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Külföldi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pályázó</w:t>
            </w:r>
            <w:proofErr w:type="spellEnd"/>
            <w:r w:rsidR="005569D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(ETKR </w:t>
            </w:r>
            <w:proofErr w:type="spellStart"/>
            <w:r w:rsidR="005569D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alapján</w:t>
            </w:r>
            <w:proofErr w:type="spellEnd"/>
            <w:r w:rsidR="005569D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14C53D" w14:textId="77777777" w:rsidR="0060203A" w:rsidRPr="00072D74" w:rsidRDefault="0060203A" w:rsidP="00C3143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Igen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 xml:space="preserve">/Nem </w:t>
            </w: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</w:t>
            </w:r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A NEM RELEVÁNS VÁLASZ TÖRLENDŐ</w:t>
            </w: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]</w:t>
            </w:r>
          </w:p>
        </w:tc>
      </w:tr>
    </w:tbl>
    <w:p w14:paraId="11A5CD7E" w14:textId="77777777" w:rsidR="00FE1B76" w:rsidRPr="00FE1B76" w:rsidRDefault="00FE1B76">
      <w:pPr>
        <w:jc w:val="center"/>
        <w:rPr>
          <w:rFonts w:ascii="Times New Roman" w:hAnsi="Times New Roman" w:cs="Times New Roman"/>
          <w:bCs/>
          <w:i/>
          <w:iCs/>
        </w:rPr>
      </w:pPr>
    </w:p>
    <w:p w14:paraId="3EFEA79E" w14:textId="786734C1" w:rsidR="009E488E" w:rsidRPr="009E488E" w:rsidRDefault="00FE1B76" w:rsidP="002E75B3">
      <w:pPr>
        <w:spacing w:before="168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Kelt: </w:t>
      </w:r>
      <w:r w:rsidRPr="00072D74">
        <w:rPr>
          <w:rFonts w:ascii="Times New Roman" w:hAnsi="Times New Roman" w:cs="Times New Roman"/>
          <w:color w:val="262626"/>
          <w:sz w:val="24"/>
          <w:szCs w:val="32"/>
        </w:rPr>
        <w:t>[KITÖLTENDŐ]</w:t>
      </w:r>
    </w:p>
    <w:p w14:paraId="3084A58B" w14:textId="46AEF284" w:rsidR="009E488E" w:rsidRPr="009E488E" w:rsidRDefault="009E488E" w:rsidP="009E488E">
      <w:pPr>
        <w:spacing w:after="0"/>
        <w:jc w:val="center"/>
        <w:rPr>
          <w:rFonts w:ascii="Times New Roman" w:hAnsi="Times New Roman" w:cs="Times New Roman"/>
          <w:bCs/>
          <w:i/>
          <w:iCs/>
          <w:color w:val="EE0000"/>
          <w:sz w:val="22"/>
          <w:szCs w:val="8"/>
        </w:rPr>
      </w:pPr>
      <w:proofErr w:type="spellStart"/>
      <w:r w:rsidRPr="009E488E">
        <w:rPr>
          <w:rFonts w:ascii="Times New Roman" w:hAnsi="Times New Roman" w:cs="Times New Roman"/>
          <w:bCs/>
          <w:i/>
          <w:iCs/>
          <w:color w:val="EE0000"/>
          <w:sz w:val="22"/>
          <w:szCs w:val="8"/>
        </w:rPr>
        <w:t>vagy</w:t>
      </w:r>
      <w:proofErr w:type="spellEnd"/>
      <w:r w:rsidRPr="009E488E">
        <w:rPr>
          <w:rFonts w:ascii="Times New Roman" w:hAnsi="Times New Roman" w:cs="Times New Roman"/>
          <w:bCs/>
          <w:i/>
          <w:iCs/>
          <w:color w:val="EE0000"/>
          <w:sz w:val="22"/>
          <w:szCs w:val="8"/>
        </w:rPr>
        <w:t>:</w:t>
      </w:r>
    </w:p>
    <w:p w14:paraId="6AE3D0CF" w14:textId="61951CF4" w:rsidR="001B0C56" w:rsidRPr="00072D74" w:rsidRDefault="001B0C56" w:rsidP="00BE58CD">
      <w:pPr>
        <w:spacing w:before="900" w:after="960"/>
        <w:jc w:val="center"/>
        <w:rPr>
          <w:rFonts w:ascii="Times New Roman" w:hAnsi="Times New Roman" w:cs="Times New Roman"/>
          <w:sz w:val="24"/>
          <w:szCs w:val="28"/>
        </w:rPr>
      </w:pPr>
      <w:r w:rsidRPr="00072D74">
        <w:rPr>
          <w:rFonts w:ascii="Times New Roman" w:hAnsi="Times New Roman" w:cs="Times New Roman"/>
          <w:b/>
          <w:color w:val="D1AB66"/>
          <w:sz w:val="56"/>
          <w:szCs w:val="28"/>
        </w:rPr>
        <w:t>EGYETEMI TANÁRI PÁLYÁZAT</w:t>
      </w:r>
    </w:p>
    <w:tbl>
      <w:tblPr>
        <w:tblStyle w:val="TableGrid"/>
        <w:tblW w:w="0" w:type="auto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828"/>
        <w:gridCol w:w="5918"/>
      </w:tblGrid>
      <w:tr w:rsidR="00072D74" w:rsidRPr="00072D74" w14:paraId="6464478B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6FFC19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Pályázó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neve: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272286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072D74" w:rsidRPr="00072D74" w14:paraId="7B897B8F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1989AB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Benyújtó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intézmény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C34DB8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072D74" w:rsidRPr="00072D74" w14:paraId="5D9B2AF7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56167B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Kar /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szervezeti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egység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A95E80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072D74" w:rsidRPr="00072D74" w14:paraId="17B4022D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CC3719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Pályázati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kiírás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azonosítója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6A8D1A" w14:textId="7777777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</w:p>
        </w:tc>
      </w:tr>
      <w:tr w:rsidR="00072D74" w:rsidRPr="00072D74" w14:paraId="2A2E77DE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C4491E" w14:textId="3A27808D" w:rsidR="00072D74" w:rsidRPr="00072D74" w:rsidRDefault="004C4462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1. (</w:t>
            </w:r>
            <w:proofErr w:type="spellStart"/>
            <w:r w:rsid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Fő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 w:rsid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="008C699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udományterület</w:t>
            </w:r>
            <w:proofErr w:type="spellEnd"/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35FCC2" w14:textId="31B6100E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  <w:r w:rsidR="00FE1B76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 xml:space="preserve"> </w:t>
            </w:r>
            <w:proofErr w:type="spellStart"/>
            <w:r w:rsidR="00FE1B76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minta</w:t>
            </w:r>
            <w:proofErr w:type="spellEnd"/>
            <w:r w:rsidR="00FE1B76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:</w:t>
            </w:r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</w:t>
            </w:r>
            <w:proofErr w:type="spellStart"/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>Agrártudományok</w:t>
            </w:r>
            <w:proofErr w:type="spellEnd"/>
          </w:p>
        </w:tc>
      </w:tr>
      <w:tr w:rsidR="00072D74" w:rsidRPr="00072D74" w14:paraId="5A0DFBF7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B94DDF" w14:textId="505E7253" w:rsidR="00072D74" w:rsidRPr="00072D74" w:rsidRDefault="004C4462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1. (</w:t>
            </w:r>
            <w:proofErr w:type="spellStart"/>
            <w:r w:rsid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Fő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 w:rsid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="008C699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udományág</w:t>
            </w:r>
            <w:proofErr w:type="spellEnd"/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/ </w:t>
            </w:r>
            <w:proofErr w:type="spellStart"/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művészeti</w:t>
            </w:r>
            <w:proofErr w:type="spellEnd"/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ág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(%-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aránya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 w:rsidR="00072D74"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ED5622" w14:textId="37F10957" w:rsidR="00072D74" w:rsidRPr="00072D74" w:rsidRDefault="00072D74" w:rsidP="00C314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  <w:r w:rsidR="00FE1B76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 xml:space="preserve"> </w:t>
            </w:r>
            <w:proofErr w:type="spellStart"/>
            <w:r w:rsidR="00FE1B76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minta</w:t>
            </w:r>
            <w:proofErr w:type="spellEnd"/>
            <w:r w:rsidR="00FE1B76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:</w:t>
            </w:r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</w:t>
            </w:r>
            <w:proofErr w:type="spellStart"/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>Állatorvosi</w:t>
            </w:r>
            <w:proofErr w:type="spellEnd"/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</w:t>
            </w:r>
            <w:proofErr w:type="spellStart"/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>tudományok</w:t>
            </w:r>
            <w:proofErr w:type="spellEnd"/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(80%)</w:t>
            </w:r>
          </w:p>
        </w:tc>
      </w:tr>
      <w:tr w:rsidR="0094231A" w:rsidRPr="00072D74" w14:paraId="07A1752C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C72A57" w14:textId="1444D24D" w:rsidR="0094231A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</w:t>
            </w: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terület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B039AD" w14:textId="0D9B6A3E" w:rsidR="0094231A" w:rsidRPr="00072D74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  <w:r w:rsidR="00FE1B76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 xml:space="preserve"> </w:t>
            </w:r>
            <w:proofErr w:type="spellStart"/>
            <w:r w:rsidR="00FE1B76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minta</w:t>
            </w:r>
            <w:proofErr w:type="spellEnd"/>
            <w:r w:rsidR="00FE1B76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:</w:t>
            </w:r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</w:t>
            </w:r>
            <w:proofErr w:type="spellStart"/>
            <w:r w:rsidR="00FE1B76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>Természettudományok</w:t>
            </w:r>
            <w:proofErr w:type="spellEnd"/>
          </w:p>
        </w:tc>
      </w:tr>
      <w:tr w:rsidR="0094231A" w:rsidRPr="00072D74" w14:paraId="5F10B664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71EE3E" w14:textId="20677687" w:rsidR="0094231A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udományág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/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művészeti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ág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(%-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aránya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CD610B" w14:textId="369485E7" w:rsidR="0094231A" w:rsidRPr="00072D74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[KITÖLTENDŐ]</w:t>
            </w:r>
            <w:r w:rsidR="00B4183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 xml:space="preserve"> </w:t>
            </w:r>
            <w:proofErr w:type="spellStart"/>
            <w:r w:rsidR="00B41834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minta</w:t>
            </w:r>
            <w:proofErr w:type="spellEnd"/>
            <w:r w:rsidR="00B41834" w:rsidRPr="00F3215C">
              <w:rPr>
                <w:rFonts w:ascii="Times New Roman" w:hAnsi="Times New Roman" w:cs="Times New Roman"/>
                <w:i/>
                <w:iCs/>
                <w:color w:val="EE0000"/>
                <w:sz w:val="24"/>
                <w:szCs w:val="32"/>
              </w:rPr>
              <w:t>:</w:t>
            </w:r>
            <w:r w:rsidR="00B41834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</w:t>
            </w:r>
            <w:proofErr w:type="spellStart"/>
            <w:r w:rsidR="00B41834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>Biológiai</w:t>
            </w:r>
            <w:proofErr w:type="spellEnd"/>
            <w:r w:rsidR="00B41834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</w:t>
            </w:r>
            <w:proofErr w:type="spellStart"/>
            <w:r w:rsidR="00B41834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>tudományok</w:t>
            </w:r>
            <w:proofErr w:type="spellEnd"/>
            <w:r w:rsidR="00B41834">
              <w:rPr>
                <w:rFonts w:ascii="Times New Roman" w:hAnsi="Times New Roman" w:cs="Times New Roman"/>
                <w:color w:val="EE0000"/>
                <w:sz w:val="24"/>
                <w:szCs w:val="32"/>
              </w:rPr>
              <w:t xml:space="preserve"> (20%)</w:t>
            </w:r>
          </w:p>
        </w:tc>
      </w:tr>
      <w:tr w:rsidR="0094231A" w:rsidRPr="00072D74" w14:paraId="1BB47F0B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4C5691" w14:textId="2F4F3C33" w:rsidR="0094231A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</w:t>
            </w: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terület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A1C2A2" w14:textId="610A5B4C" w:rsidR="0094231A" w:rsidRPr="00072D74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</w:t>
            </w:r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/TÖRLENDŐ</w:t>
            </w: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]</w:t>
            </w:r>
          </w:p>
        </w:tc>
      </w:tr>
      <w:tr w:rsidR="0094231A" w:rsidRPr="00072D74" w14:paraId="2DF19E92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B07847" w14:textId="31A3927F" w:rsidR="0094231A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T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udományág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/ </w:t>
            </w:r>
            <w:proofErr w:type="spellStart"/>
            <w:r w:rsidR="00785D86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M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űvészeti</w:t>
            </w:r>
            <w:proofErr w:type="spellEnd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ág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(%-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aránya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 w:rsidRPr="00072D74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0312B6" w14:textId="32AE96B3" w:rsidR="0094231A" w:rsidRPr="00072D74" w:rsidRDefault="0094231A" w:rsidP="0094231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32"/>
              </w:rPr>
            </w:pP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[KITÖLTENDŐ</w:t>
            </w:r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/TÖRLENDŐ</w:t>
            </w: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]</w:t>
            </w:r>
          </w:p>
        </w:tc>
      </w:tr>
      <w:tr w:rsidR="0060203A" w:rsidRPr="00072D74" w14:paraId="3EC81A0E" w14:textId="77777777" w:rsidTr="004C4462">
        <w:trPr>
          <w:cantSplit/>
          <w:jc w:val="center"/>
        </w:trPr>
        <w:tc>
          <w:tcPr>
            <w:tcW w:w="38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623F04" w14:textId="5E1833A6" w:rsidR="0060203A" w:rsidRDefault="0060203A" w:rsidP="0094231A">
            <w:pPr>
              <w:spacing w:after="0" w:line="240" w:lineRule="auto"/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Külföldi</w:t>
            </w:r>
            <w:proofErr w:type="spellEnd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pályázó</w:t>
            </w:r>
            <w:proofErr w:type="spellEnd"/>
            <w:r w:rsidR="005569D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 xml:space="preserve"> (ETKR </w:t>
            </w:r>
            <w:proofErr w:type="spellStart"/>
            <w:r w:rsidR="005569D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alapján</w:t>
            </w:r>
            <w:proofErr w:type="spellEnd"/>
            <w:r w:rsidR="005569D7"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)</w:t>
            </w:r>
            <w:r>
              <w:rPr>
                <w:rFonts w:ascii="Times New Roman" w:hAnsi="Times New Roman" w:cs="Times New Roman"/>
                <w:b/>
                <w:color w:val="D1AB66"/>
                <w:sz w:val="24"/>
                <w:szCs w:val="32"/>
              </w:rPr>
              <w:t>:</w:t>
            </w:r>
          </w:p>
        </w:tc>
        <w:tc>
          <w:tcPr>
            <w:tcW w:w="591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183C24" w14:textId="4601A9B1" w:rsidR="0060203A" w:rsidRPr="00072D74" w:rsidRDefault="0060203A" w:rsidP="0094231A">
            <w:pPr>
              <w:spacing w:after="0" w:line="240" w:lineRule="auto"/>
              <w:rPr>
                <w:rFonts w:ascii="Times New Roman" w:hAnsi="Times New Roman" w:cs="Times New Roman"/>
                <w:color w:val="262626"/>
                <w:sz w:val="24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Igen</w:t>
            </w:r>
            <w:proofErr w:type="spellEnd"/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 xml:space="preserve">/Nem </w:t>
            </w: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[</w:t>
            </w:r>
            <w:r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A NEM RELEVÁNS VÁLASZ TÖRLENDŐ</w:t>
            </w:r>
            <w:r w:rsidRPr="00072D74">
              <w:rPr>
                <w:rFonts w:ascii="Times New Roman" w:hAnsi="Times New Roman" w:cs="Times New Roman"/>
                <w:color w:val="262626"/>
                <w:sz w:val="24"/>
                <w:szCs w:val="32"/>
              </w:rPr>
              <w:t>]</w:t>
            </w:r>
          </w:p>
        </w:tc>
      </w:tr>
    </w:tbl>
    <w:p w14:paraId="144CCCD0" w14:textId="77777777" w:rsidR="008514D4" w:rsidRPr="008D25BC" w:rsidRDefault="008C69B1" w:rsidP="00AF1EA2">
      <w:pPr>
        <w:spacing w:before="3120"/>
        <w:rPr>
          <w:rFonts w:ascii="Times New Roman" w:hAnsi="Times New Roman" w:cs="Times New Roman"/>
          <w:color w:val="262626"/>
          <w:sz w:val="24"/>
          <w:szCs w:val="24"/>
        </w:rPr>
        <w:sectPr w:rsidR="008514D4" w:rsidRPr="008D25BC" w:rsidSect="00034616">
          <w:headerReference w:type="default" r:id="rId11"/>
          <w:footerReference w:type="default" r:id="rId12"/>
          <w:pgSz w:w="12240" w:h="15840"/>
          <w:pgMar w:top="1134" w:right="1247" w:bottom="1020" w:left="1247" w:header="720" w:footer="720" w:gutter="0"/>
          <w:cols w:space="720"/>
          <w:docGrid w:linePitch="360"/>
        </w:sectPr>
      </w:pPr>
      <w:r w:rsidRPr="008D25BC">
        <w:rPr>
          <w:rFonts w:ascii="Times New Roman" w:hAnsi="Times New Roman" w:cs="Times New Roman"/>
          <w:bCs/>
          <w:sz w:val="24"/>
          <w:szCs w:val="24"/>
        </w:rPr>
        <w:t xml:space="preserve">Kelt: </w:t>
      </w:r>
      <w:r w:rsidRPr="008D25BC">
        <w:rPr>
          <w:rFonts w:ascii="Times New Roman" w:hAnsi="Times New Roman" w:cs="Times New Roman"/>
          <w:color w:val="262626"/>
          <w:sz w:val="24"/>
          <w:szCs w:val="24"/>
        </w:rPr>
        <w:t>[KITÖLTENDŐ</w:t>
      </w:r>
      <w:r w:rsidR="00F3215C" w:rsidRPr="008D25BC">
        <w:rPr>
          <w:rFonts w:ascii="Times New Roman" w:hAnsi="Times New Roman" w:cs="Times New Roman"/>
          <w:color w:val="262626"/>
          <w:sz w:val="24"/>
          <w:szCs w:val="24"/>
        </w:rPr>
        <w:t>]</w:t>
      </w:r>
    </w:p>
    <w:p w14:paraId="5CC920C3" w14:textId="77777777" w:rsidR="003D025F" w:rsidRPr="00B4405B" w:rsidRDefault="00D10168" w:rsidP="002D24B3">
      <w:pPr>
        <w:spacing w:after="120"/>
        <w:jc w:val="center"/>
        <w:rPr>
          <w:rFonts w:ascii="Times New Roman" w:hAnsi="Times New Roman" w:cs="Times New Roman"/>
          <w:b/>
          <w:bCs/>
          <w:color w:val="D1AB66"/>
          <w:sz w:val="32"/>
          <w:szCs w:val="32"/>
        </w:rPr>
      </w:pPr>
      <w:r w:rsidRPr="00B4405B">
        <w:rPr>
          <w:rFonts w:ascii="Times New Roman" w:hAnsi="Times New Roman" w:cs="Times New Roman"/>
          <w:b/>
          <w:bCs/>
          <w:color w:val="D1AB66"/>
          <w:sz w:val="32"/>
          <w:szCs w:val="32"/>
        </w:rPr>
        <w:t>TARTALOMJEGYZÉK</w:t>
      </w:r>
    </w:p>
    <w:p w14:paraId="2AFAB17B" w14:textId="2A98D063" w:rsidR="003D025F" w:rsidRPr="002A0636" w:rsidRDefault="00BE58CD" w:rsidP="00E736B6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Illessze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be a</w:t>
      </w:r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>kattintható</w:t>
      </w:r>
      <w:proofErr w:type="spellEnd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>részletes</w:t>
      </w:r>
      <w:proofErr w:type="spellEnd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>oldalszámokat</w:t>
      </w:r>
      <w:proofErr w:type="spellEnd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>tartalmazó</w:t>
      </w:r>
      <w:proofErr w:type="spellEnd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E736B6" w:rsidRPr="002A0636">
        <w:rPr>
          <w:rFonts w:ascii="Times New Roman" w:hAnsi="Times New Roman" w:cs="Times New Roman"/>
          <w:i/>
          <w:iCs/>
          <w:color w:val="EE0000"/>
          <w:sz w:val="22"/>
        </w:rPr>
        <w:t>tartalomjegyzék</w:t>
      </w:r>
      <w:r>
        <w:rPr>
          <w:rFonts w:ascii="Times New Roman" w:hAnsi="Times New Roman" w:cs="Times New Roman"/>
          <w:i/>
          <w:iCs/>
          <w:color w:val="EE0000"/>
          <w:sz w:val="22"/>
        </w:rPr>
        <w:t>et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sdt>
      <w:sdtPr>
        <w:rPr>
          <w:rFonts w:ascii="Aptos" w:eastAsiaTheme="minorEastAsia" w:hAnsi="Aptos" w:cstheme="minorBidi"/>
          <w:b w:val="0"/>
          <w:bCs w:val="0"/>
          <w:color w:val="auto"/>
          <w:sz w:val="24"/>
          <w:szCs w:val="24"/>
          <w:lang w:val="hu-HU"/>
        </w:rPr>
        <w:id w:val="1291244581"/>
        <w:docPartObj>
          <w:docPartGallery w:val="Table of Contents"/>
          <w:docPartUnique/>
        </w:docPartObj>
      </w:sdtPr>
      <w:sdtEndPr>
        <w:rPr>
          <w:sz w:val="21"/>
          <w:szCs w:val="22"/>
          <w:lang w:val="en-US"/>
        </w:rPr>
      </w:sdtEndPr>
      <w:sdtContent>
        <w:p w14:paraId="3C59C74A" w14:textId="50AE61B4" w:rsidR="00BC2028" w:rsidRPr="00BC2028" w:rsidRDefault="00BC2028" w:rsidP="00BC2028">
          <w:pPr>
            <w:pStyle w:val="TOCHeading"/>
            <w:spacing w:before="0" w:after="0"/>
            <w:jc w:val="left"/>
            <w:rPr>
              <w:color w:val="auto"/>
              <w:sz w:val="16"/>
              <w:szCs w:val="16"/>
            </w:rPr>
          </w:pPr>
        </w:p>
        <w:p w14:paraId="53C74CC9" w14:textId="443739C3" w:rsidR="00B4405B" w:rsidRPr="00B4405B" w:rsidRDefault="00BC2028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r w:rsidRPr="00B4405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B4405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B4405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244693648" w:history="1">
            <w:r w:rsidR="00B4405B"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PÁLYÁZATI KIÍRÁS</w:t>
            </w:r>
            <w:r w:rsidR="00B4405B"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405B"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4405B"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_Toc244693648 \h </w:instrText>
            </w:r>
            <w:r w:rsidR="00B4405B"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4405B"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4405B"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D9A75E" w14:textId="0D984515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49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 PÁLYÁZÓ VÁLASZA A PÁLYÁZATI KIÍRÁSRA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_Toc244693649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F68DA6" w14:textId="4E921C60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0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RÖVID SZAKMAI ÖNÉLETRAJZ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_Toc244693650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A5049A" w14:textId="1DF0ED8A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1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I. FELSŐOKTATÁSI TEVÉKENYSÉG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_Toc244693651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AE65FC" w14:textId="504D91B3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2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1a.1. Felsőoktatási tapasztalat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_Toc244693652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8B2673" w14:textId="77447AAA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3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1a.2. Hallgatók tanulmányi, tudományos/művészeti munkájának vezetése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_Toc244693653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4EE292" w14:textId="7ADDBA64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4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1a.3. Idegen nyelvű felsőoktatási oktatási tevékenység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_Toc244693654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56B7E1" w14:textId="7B7CFC20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5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1b.1. Oktatásfejlesztési és oktatásszervezési tevékenység, eredményesség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_Toc244693655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D91F76" w14:textId="624274B6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6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1b.2. Tankönyv-, tananyagírási tevékenység, eredményesség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_Toc244693656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98BAEB" w14:textId="2647A1F0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7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II. TUDOMÁNYOS/MŰVÉSZETI TEVÉKENYSÉG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_Toc244693657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B47CD66" w14:textId="5413D2E5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8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2a.1. Kiemelkedő tudományos, kutatói/művészeti tevékenység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_Toc244693658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9F77A1" w14:textId="5931E38A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59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2a.2. Fiatal oktatók, tanársegédek tudományos/művészeti munkájának vezetése; témavezetői részvétel doktori képzésben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_Toc244693659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BD3074" w14:textId="485F3186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60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2b.1. Kutatásszervezési tapasztalat, eredményesség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_Toc244693660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F8D198" w14:textId="33406A0A" w:rsidR="00B4405B" w:rsidRPr="00B4405B" w:rsidRDefault="00B4405B">
          <w:pPr>
            <w:pStyle w:val="TOC2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61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2b.2. Hazai és nemzetközi elismertség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_Toc244693661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48D8D02" w14:textId="0CDB44FB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62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 FELADATKÖR ELLÁTÁSÁVAL KAPCSOLATOS TERVEK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_Toc244693662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56768EE" w14:textId="0FD87F59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63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MELLÉKLETEK JEGYZÉKE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_Toc244693663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315F2E" w14:textId="06401587" w:rsidR="00B4405B" w:rsidRPr="00B4405B" w:rsidRDefault="00B4405B">
          <w:pPr>
            <w:pStyle w:val="TOC1"/>
            <w:tabs>
              <w:tab w:val="right" w:leader="dot" w:pos="9736"/>
            </w:tabs>
            <w:rPr>
              <w:rFonts w:ascii="Times New Roman" w:hAnsi="Times New Roman" w:cs="Times New Roman"/>
              <w:noProof/>
              <w:kern w:val="2"/>
              <w:sz w:val="24"/>
              <w:szCs w:val="24"/>
              <w:lang w:val="hu-HU" w:eastAsia="hu-HU"/>
              <w14:ligatures w14:val="standardContextual"/>
            </w:rPr>
          </w:pPr>
          <w:hyperlink w:anchor="_Toc244693664" w:history="1">
            <w:r w:rsidRPr="00B4405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MELLÉKLETEK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_Toc244693664 \h </w:instrTex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F5F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B4405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4FA5D4" w14:textId="301D570E" w:rsidR="003D025F" w:rsidRPr="00B4405B" w:rsidRDefault="00BC2028" w:rsidP="00B4405B">
          <w:pPr>
            <w:rPr>
              <w:rFonts w:hint="eastAsia"/>
            </w:rPr>
          </w:pPr>
          <w:r w:rsidRPr="00B4405B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4AD44359" w14:textId="164EB043" w:rsidR="003D025F" w:rsidRPr="00072D74" w:rsidRDefault="00D10168" w:rsidP="00710BC3">
      <w:pPr>
        <w:pStyle w:val="Heading1"/>
      </w:pPr>
      <w:bookmarkStart w:id="0" w:name="_Toc244693648"/>
      <w:r w:rsidRPr="00072D74">
        <w:t xml:space="preserve">PÁLYÁZATI </w:t>
      </w:r>
      <w:r w:rsidRPr="00C22AF4">
        <w:t>KIÍRÁS</w:t>
      </w:r>
      <w:bookmarkEnd w:id="0"/>
    </w:p>
    <w:p w14:paraId="4C2892DC" w14:textId="77777777" w:rsidR="003D025F" w:rsidRPr="00C22AF4" w:rsidRDefault="00D10168" w:rsidP="00C22AF4">
      <w:pPr>
        <w:pStyle w:val="Kitltsitmutat"/>
        <w:jc w:val="both"/>
        <w:rPr>
          <w:rFonts w:ascii="Times New Roman" w:hAnsi="Times New Roman" w:cs="Times New Roman"/>
          <w:color w:val="EE0000"/>
          <w:sz w:val="22"/>
          <w:szCs w:val="28"/>
        </w:rPr>
      </w:pP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Illessze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be a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nyilvánosságra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hozott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pályázati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kiírást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. A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kivételi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körökben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a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vonatkozó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ETKR-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előírást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kell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C22AF4">
        <w:rPr>
          <w:rFonts w:ascii="Times New Roman" w:hAnsi="Times New Roman" w:cs="Times New Roman"/>
          <w:color w:val="EE0000"/>
          <w:sz w:val="22"/>
          <w:szCs w:val="28"/>
        </w:rPr>
        <w:t>alkalmazni</w:t>
      </w:r>
      <w:proofErr w:type="spellEnd"/>
      <w:r w:rsidRPr="00C22AF4">
        <w:rPr>
          <w:rFonts w:ascii="Times New Roman" w:hAnsi="Times New Roman" w:cs="Times New Roman"/>
          <w:color w:val="EE0000"/>
          <w:sz w:val="22"/>
          <w:szCs w:val="28"/>
        </w:rPr>
        <w:t>.</w:t>
      </w:r>
    </w:p>
    <w:p w14:paraId="4B96E07B" w14:textId="77777777" w:rsidR="003D025F" w:rsidRPr="0034300B" w:rsidRDefault="00D10168" w:rsidP="00F841BA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34300B">
        <w:rPr>
          <w:rFonts w:ascii="Times New Roman" w:hAnsi="Times New Roman" w:cs="Times New Roman"/>
          <w:sz w:val="24"/>
          <w:szCs w:val="28"/>
        </w:rPr>
        <w:t>[A PÁLYÁZATI KIÍRÁS HELYE]</w:t>
      </w:r>
    </w:p>
    <w:p w14:paraId="4877FB0D" w14:textId="77777777" w:rsidR="003E1FE0" w:rsidRPr="003E1FE0" w:rsidRDefault="003E1FE0" w:rsidP="003E1FE0">
      <w:pPr>
        <w:tabs>
          <w:tab w:val="right" w:leader="dot" w:pos="9072"/>
        </w:tabs>
        <w:spacing w:after="120"/>
        <w:ind w:right="5670"/>
        <w:jc w:val="both"/>
        <w:rPr>
          <w:rFonts w:ascii="Times New Roman" w:hAnsi="Times New Roman" w:cs="Times New Roman"/>
          <w:sz w:val="24"/>
          <w:szCs w:val="24"/>
        </w:rPr>
      </w:pPr>
    </w:p>
    <w:p w14:paraId="762EB15C" w14:textId="533F3065" w:rsidR="003D025F" w:rsidRPr="00072D74" w:rsidRDefault="00D10168" w:rsidP="00710BC3">
      <w:pPr>
        <w:pStyle w:val="Heading1"/>
      </w:pPr>
      <w:bookmarkStart w:id="1" w:name="_Toc244693649"/>
      <w:r w:rsidRPr="00072D74">
        <w:t xml:space="preserve">A PÁLYÁZÓ VÁLASZA </w:t>
      </w:r>
      <w:proofErr w:type="gramStart"/>
      <w:r w:rsidRPr="00072D74">
        <w:t>A</w:t>
      </w:r>
      <w:proofErr w:type="gramEnd"/>
      <w:r w:rsidRPr="00072D74">
        <w:t xml:space="preserve"> PÁLYÁZATI KIÍRÁSRA</w:t>
      </w:r>
      <w:bookmarkEnd w:id="1"/>
    </w:p>
    <w:p w14:paraId="78571F17" w14:textId="020E564E" w:rsidR="003D025F" w:rsidRPr="00C22AF4" w:rsidRDefault="00C22AF4" w:rsidP="00C22AF4">
      <w:pPr>
        <w:pStyle w:val="Kitltsitmutat"/>
        <w:jc w:val="both"/>
        <w:rPr>
          <w:rFonts w:ascii="Times New Roman" w:hAnsi="Times New Roman" w:cs="Times New Roman"/>
          <w:color w:val="EE0000"/>
          <w:sz w:val="22"/>
          <w:szCs w:val="28"/>
        </w:rPr>
      </w:pPr>
      <w:proofErr w:type="spellStart"/>
      <w:r>
        <w:rPr>
          <w:rFonts w:ascii="Times New Roman" w:hAnsi="Times New Roman" w:cs="Times New Roman"/>
          <w:color w:val="EE0000"/>
          <w:sz w:val="22"/>
          <w:szCs w:val="28"/>
        </w:rPr>
        <w:t>Illessze</w:t>
      </w:r>
      <w:proofErr w:type="spellEnd"/>
      <w:r>
        <w:rPr>
          <w:rFonts w:ascii="Times New Roman" w:hAnsi="Times New Roman" w:cs="Times New Roman"/>
          <w:color w:val="EE0000"/>
          <w:sz w:val="22"/>
          <w:szCs w:val="28"/>
        </w:rPr>
        <w:t xml:space="preserve"> be a</w:t>
      </w:r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pályáz</w:t>
      </w:r>
      <w:r>
        <w:rPr>
          <w:rFonts w:ascii="Times New Roman" w:hAnsi="Times New Roman" w:cs="Times New Roman"/>
          <w:color w:val="EE0000"/>
          <w:sz w:val="22"/>
          <w:szCs w:val="28"/>
        </w:rPr>
        <w:t>ati</w:t>
      </w:r>
      <w:proofErr w:type="spellEnd"/>
      <w:r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  <w:szCs w:val="28"/>
        </w:rPr>
        <w:t>kiírásra</w:t>
      </w:r>
      <w:proofErr w:type="spellEnd"/>
      <w:r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  <w:szCs w:val="28"/>
        </w:rPr>
        <w:t>adott</w:t>
      </w:r>
      <w:proofErr w:type="spellEnd"/>
      <w:r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  <w:szCs w:val="28"/>
        </w:rPr>
        <w:t>aláírt</w:t>
      </w:r>
      <w:proofErr w:type="spellEnd"/>
      <w:r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  <w:szCs w:val="28"/>
        </w:rPr>
        <w:t>válaszlevelét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,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amely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egyértelműen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azonosítja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a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pályázati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kiírást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és a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megpályázott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munkakört</w:t>
      </w:r>
      <w:proofErr w:type="spellEnd"/>
      <w:r w:rsidR="00D10168" w:rsidRPr="00C22AF4">
        <w:rPr>
          <w:rFonts w:ascii="Times New Roman" w:hAnsi="Times New Roman" w:cs="Times New Roman"/>
          <w:color w:val="EE0000"/>
          <w:sz w:val="22"/>
          <w:szCs w:val="28"/>
        </w:rPr>
        <w:t>.</w:t>
      </w:r>
      <w:r w:rsidR="00091D8F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A </w:t>
      </w:r>
      <w:proofErr w:type="spellStart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kivételi</w:t>
      </w:r>
      <w:proofErr w:type="spellEnd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körökben</w:t>
      </w:r>
      <w:proofErr w:type="spellEnd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a </w:t>
      </w:r>
      <w:proofErr w:type="spellStart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vonatkozó</w:t>
      </w:r>
      <w:proofErr w:type="spellEnd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ETKR-</w:t>
      </w:r>
      <w:proofErr w:type="spellStart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előírást</w:t>
      </w:r>
      <w:proofErr w:type="spellEnd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kell</w:t>
      </w:r>
      <w:proofErr w:type="spellEnd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alkalmazni</w:t>
      </w:r>
      <w:proofErr w:type="spellEnd"/>
      <w:r w:rsidR="00091D8F" w:rsidRPr="00C22AF4">
        <w:rPr>
          <w:rFonts w:ascii="Times New Roman" w:hAnsi="Times New Roman" w:cs="Times New Roman"/>
          <w:color w:val="EE0000"/>
          <w:sz w:val="22"/>
          <w:szCs w:val="28"/>
        </w:rPr>
        <w:t>.</w:t>
      </w:r>
    </w:p>
    <w:p w14:paraId="41509B2F" w14:textId="77777777" w:rsidR="003D025F" w:rsidRPr="0034300B" w:rsidRDefault="00D10168" w:rsidP="00F841BA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34300B">
        <w:rPr>
          <w:rFonts w:ascii="Times New Roman" w:hAnsi="Times New Roman" w:cs="Times New Roman"/>
          <w:sz w:val="24"/>
          <w:szCs w:val="28"/>
        </w:rPr>
        <w:t>[A PÁLYÁZÓ ALÁÍRT VÁLASZLEVELÉNEK HELYE]</w:t>
      </w:r>
    </w:p>
    <w:p w14:paraId="24846175" w14:textId="77777777" w:rsidR="003418C7" w:rsidRPr="003E1FE0" w:rsidRDefault="003418C7" w:rsidP="003418C7">
      <w:pPr>
        <w:tabs>
          <w:tab w:val="right" w:leader="dot" w:pos="9072"/>
        </w:tabs>
        <w:spacing w:after="120"/>
        <w:ind w:right="5670"/>
        <w:jc w:val="both"/>
        <w:rPr>
          <w:rFonts w:ascii="Times New Roman" w:hAnsi="Times New Roman" w:cs="Times New Roman"/>
          <w:sz w:val="24"/>
          <w:szCs w:val="24"/>
        </w:rPr>
      </w:pPr>
    </w:p>
    <w:p w14:paraId="059B83EC" w14:textId="77777777" w:rsidR="003418C7" w:rsidRDefault="003418C7" w:rsidP="003418C7">
      <w:pPr>
        <w:tabs>
          <w:tab w:val="left" w:pos="5670"/>
          <w:tab w:val="right" w:leader="dot" w:pos="9356"/>
        </w:tabs>
        <w:ind w:righ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A20B3F9" w14:textId="77777777" w:rsidR="003418C7" w:rsidRPr="009013C7" w:rsidRDefault="003418C7" w:rsidP="003418C7">
      <w:pPr>
        <w:tabs>
          <w:tab w:val="center" w:pos="7513"/>
        </w:tabs>
        <w:spacing w:after="1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</w:rPr>
        <w:tab/>
      </w:r>
      <w:proofErr w:type="spellStart"/>
      <w:r w:rsidRPr="00321C94">
        <w:rPr>
          <w:rFonts w:ascii="Times New Roman" w:hAnsi="Times New Roman" w:cs="Times New Roman"/>
          <w:sz w:val="24"/>
          <w:szCs w:val="28"/>
        </w:rPr>
        <w:t>aláírás</w:t>
      </w:r>
      <w:proofErr w:type="spellEnd"/>
    </w:p>
    <w:p w14:paraId="75AD7729" w14:textId="77777777" w:rsidR="003E1FE0" w:rsidRPr="003E1FE0" w:rsidRDefault="003E1FE0" w:rsidP="003E1FE0">
      <w:pPr>
        <w:tabs>
          <w:tab w:val="right" w:leader="dot" w:pos="9072"/>
        </w:tabs>
        <w:spacing w:after="120"/>
        <w:ind w:right="5670"/>
        <w:jc w:val="both"/>
        <w:rPr>
          <w:rFonts w:ascii="Times New Roman" w:hAnsi="Times New Roman" w:cs="Times New Roman"/>
          <w:sz w:val="24"/>
          <w:szCs w:val="24"/>
        </w:rPr>
      </w:pPr>
    </w:p>
    <w:p w14:paraId="0EB74F10" w14:textId="42471614" w:rsidR="00CB7C4C" w:rsidRPr="00072D74" w:rsidRDefault="00CB7C4C" w:rsidP="00710BC3">
      <w:pPr>
        <w:pStyle w:val="Heading1"/>
      </w:pPr>
      <w:bookmarkStart w:id="2" w:name="_Toc244693650"/>
      <w:r>
        <w:t>RÖVID SZAKMAI ÖNÉLETRAJZ</w:t>
      </w:r>
      <w:bookmarkEnd w:id="2"/>
    </w:p>
    <w:p w14:paraId="2960D92D" w14:textId="61098E8C" w:rsidR="00CB7C4C" w:rsidRDefault="00CB7C4C" w:rsidP="00CB7C4C">
      <w:pPr>
        <w:pStyle w:val="Kitltsitmutat"/>
        <w:jc w:val="both"/>
        <w:rPr>
          <w:rFonts w:ascii="Times New Roman" w:hAnsi="Times New Roman" w:cs="Times New Roman"/>
          <w:color w:val="EE0000"/>
          <w:sz w:val="22"/>
        </w:rPr>
      </w:pPr>
      <w:proofErr w:type="spellStart"/>
      <w:r w:rsidRPr="05D6F001">
        <w:rPr>
          <w:rFonts w:ascii="Times New Roman" w:hAnsi="Times New Roman" w:cs="Times New Roman"/>
          <w:color w:val="EE0000"/>
          <w:sz w:val="22"/>
        </w:rPr>
        <w:t>Illessze</w:t>
      </w:r>
      <w:proofErr w:type="spellEnd"/>
      <w:r w:rsidRPr="05D6F001">
        <w:rPr>
          <w:rFonts w:ascii="Times New Roman" w:hAnsi="Times New Roman" w:cs="Times New Roman"/>
          <w:color w:val="EE0000"/>
          <w:sz w:val="22"/>
        </w:rPr>
        <w:t xml:space="preserve"> be és </w:t>
      </w:r>
      <w:proofErr w:type="spellStart"/>
      <w:r w:rsidRPr="05D6F001">
        <w:rPr>
          <w:rFonts w:ascii="Times New Roman" w:hAnsi="Times New Roman" w:cs="Times New Roman"/>
          <w:color w:val="EE0000"/>
          <w:sz w:val="22"/>
        </w:rPr>
        <w:t>írja</w:t>
      </w:r>
      <w:proofErr w:type="spellEnd"/>
      <w:r w:rsidRPr="05D6F001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Pr="05D6F001">
        <w:rPr>
          <w:rFonts w:ascii="Times New Roman" w:hAnsi="Times New Roman" w:cs="Times New Roman"/>
          <w:color w:val="EE0000"/>
          <w:sz w:val="22"/>
        </w:rPr>
        <w:t>alá</w:t>
      </w:r>
      <w:proofErr w:type="spellEnd"/>
      <w:r w:rsidRPr="05D6F001">
        <w:rPr>
          <w:rFonts w:ascii="Times New Roman" w:hAnsi="Times New Roman" w:cs="Times New Roman"/>
          <w:color w:val="EE0000"/>
          <w:sz w:val="22"/>
        </w:rPr>
        <w:t xml:space="preserve"> a </w:t>
      </w:r>
      <w:proofErr w:type="spellStart"/>
      <w:r w:rsidRPr="05D6F001">
        <w:rPr>
          <w:rFonts w:ascii="Times New Roman" w:hAnsi="Times New Roman" w:cs="Times New Roman"/>
          <w:color w:val="EE0000"/>
          <w:sz w:val="22"/>
        </w:rPr>
        <w:t>rövid</w:t>
      </w:r>
      <w:proofErr w:type="spellEnd"/>
      <w:r w:rsidRPr="05D6F001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Pr="05D6F001">
        <w:rPr>
          <w:rFonts w:ascii="Times New Roman" w:hAnsi="Times New Roman" w:cs="Times New Roman"/>
          <w:color w:val="EE0000"/>
          <w:sz w:val="22"/>
        </w:rPr>
        <w:t>szakmai</w:t>
      </w:r>
      <w:proofErr w:type="spellEnd"/>
      <w:r w:rsidRPr="05D6F001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Pr="05D6F001">
        <w:rPr>
          <w:rFonts w:ascii="Times New Roman" w:hAnsi="Times New Roman" w:cs="Times New Roman"/>
          <w:color w:val="EE0000"/>
          <w:sz w:val="22"/>
        </w:rPr>
        <w:t>önél</w:t>
      </w:r>
      <w:r w:rsidR="546AB76A" w:rsidRPr="05D6F001">
        <w:rPr>
          <w:rFonts w:ascii="Times New Roman" w:hAnsi="Times New Roman" w:cs="Times New Roman"/>
          <w:color w:val="EE0000"/>
          <w:sz w:val="22"/>
        </w:rPr>
        <w:t>e</w:t>
      </w:r>
      <w:r w:rsidRPr="05D6F001">
        <w:rPr>
          <w:rFonts w:ascii="Times New Roman" w:hAnsi="Times New Roman" w:cs="Times New Roman"/>
          <w:color w:val="EE0000"/>
          <w:sz w:val="22"/>
        </w:rPr>
        <w:t>tr</w:t>
      </w:r>
      <w:r w:rsidR="60390E42" w:rsidRPr="05D6F001">
        <w:rPr>
          <w:rFonts w:ascii="Times New Roman" w:hAnsi="Times New Roman" w:cs="Times New Roman"/>
          <w:color w:val="EE0000"/>
          <w:sz w:val="22"/>
        </w:rPr>
        <w:t>a</w:t>
      </w:r>
      <w:r w:rsidRPr="05D6F001">
        <w:rPr>
          <w:rFonts w:ascii="Times New Roman" w:hAnsi="Times New Roman" w:cs="Times New Roman"/>
          <w:color w:val="EE0000"/>
          <w:sz w:val="22"/>
        </w:rPr>
        <w:t>jzát</w:t>
      </w:r>
      <w:proofErr w:type="spellEnd"/>
      <w:r w:rsidRPr="05D6F001">
        <w:rPr>
          <w:rFonts w:ascii="Times New Roman" w:hAnsi="Times New Roman" w:cs="Times New Roman"/>
          <w:color w:val="EE0000"/>
          <w:sz w:val="22"/>
        </w:rPr>
        <w:t>.</w:t>
      </w:r>
    </w:p>
    <w:p w14:paraId="7E4B44B5" w14:textId="75B81E96" w:rsidR="00CB7C4C" w:rsidRPr="00C22AF4" w:rsidRDefault="00F6156C" w:rsidP="00CB7C4C">
      <w:pPr>
        <w:pStyle w:val="Kitltsitmutat"/>
        <w:jc w:val="both"/>
        <w:rPr>
          <w:rFonts w:ascii="Times New Roman" w:hAnsi="Times New Roman" w:cs="Times New Roman"/>
          <w:color w:val="EE0000"/>
          <w:sz w:val="22"/>
          <w:szCs w:val="28"/>
        </w:rPr>
      </w:pP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Formátum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: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normál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margó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(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alsó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,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felső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,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bal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és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jobb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oldali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margó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2,5 cm), Times New Roman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betűtípus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, 12-es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betűméret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,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szimpla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sorköz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,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maximális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oldalszám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 xml:space="preserve">: 5 </w:t>
      </w:r>
      <w:proofErr w:type="spellStart"/>
      <w:r w:rsidRPr="00F6156C">
        <w:rPr>
          <w:rFonts w:ascii="Times New Roman" w:hAnsi="Times New Roman" w:cs="Times New Roman"/>
          <w:color w:val="EE0000"/>
          <w:sz w:val="22"/>
          <w:szCs w:val="28"/>
        </w:rPr>
        <w:t>oldal</w:t>
      </w:r>
      <w:proofErr w:type="spellEnd"/>
      <w:r w:rsidRPr="00F6156C">
        <w:rPr>
          <w:rFonts w:ascii="Times New Roman" w:hAnsi="Times New Roman" w:cs="Times New Roman"/>
          <w:color w:val="EE0000"/>
          <w:sz w:val="22"/>
          <w:szCs w:val="28"/>
        </w:rPr>
        <w:t>.</w:t>
      </w:r>
    </w:p>
    <w:p w14:paraId="03786E51" w14:textId="07F9027C" w:rsidR="00CB7C4C" w:rsidRPr="00FA4234" w:rsidRDefault="00CB7C4C" w:rsidP="00FA423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>[A PÁLYÁZÓ</w:t>
      </w:r>
      <w:r w:rsidR="00F6156C" w:rsidRPr="00FA4234">
        <w:rPr>
          <w:rFonts w:ascii="Times New Roman" w:hAnsi="Times New Roman" w:cs="Times New Roman"/>
          <w:sz w:val="24"/>
          <w:szCs w:val="28"/>
        </w:rPr>
        <w:t xml:space="preserve"> RÖVID SZAKMAI ÖNÉLETRAJZA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63442A8" w14:textId="77777777" w:rsidR="003E1FE0" w:rsidRPr="003E1FE0" w:rsidRDefault="003E1FE0" w:rsidP="003E1FE0">
      <w:pPr>
        <w:tabs>
          <w:tab w:val="right" w:leader="dot" w:pos="9072"/>
        </w:tabs>
        <w:spacing w:after="120"/>
        <w:ind w:right="5670"/>
        <w:jc w:val="both"/>
        <w:rPr>
          <w:rFonts w:ascii="Times New Roman" w:hAnsi="Times New Roman" w:cs="Times New Roman"/>
          <w:sz w:val="24"/>
          <w:szCs w:val="24"/>
        </w:rPr>
      </w:pPr>
    </w:p>
    <w:p w14:paraId="32703B54" w14:textId="28581384" w:rsidR="00A76E65" w:rsidRDefault="00A76E65" w:rsidP="00A76E65">
      <w:pPr>
        <w:tabs>
          <w:tab w:val="left" w:pos="5670"/>
          <w:tab w:val="right" w:leader="dot" w:pos="9356"/>
        </w:tabs>
        <w:ind w:righ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8CDA1E8" w14:textId="43068A15" w:rsidR="003D025F" w:rsidRPr="009013C7" w:rsidRDefault="00A76E65" w:rsidP="009013C7">
      <w:pPr>
        <w:tabs>
          <w:tab w:val="center" w:pos="7513"/>
        </w:tabs>
        <w:spacing w:after="1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</w:rPr>
        <w:tab/>
      </w:r>
      <w:proofErr w:type="spellStart"/>
      <w:r w:rsidRPr="00321C94">
        <w:rPr>
          <w:rFonts w:ascii="Times New Roman" w:hAnsi="Times New Roman" w:cs="Times New Roman"/>
          <w:sz w:val="24"/>
          <w:szCs w:val="28"/>
        </w:rPr>
        <w:t>aláírás</w:t>
      </w:r>
      <w:proofErr w:type="spellEnd"/>
    </w:p>
    <w:p w14:paraId="1814C07E" w14:textId="03EC3C6D" w:rsidR="003D025F" w:rsidRPr="00072D74" w:rsidRDefault="00D10168" w:rsidP="00710BC3">
      <w:pPr>
        <w:pStyle w:val="Heading1"/>
      </w:pPr>
      <w:bookmarkStart w:id="3" w:name="_Toc244693651"/>
      <w:r w:rsidRPr="00072D74">
        <w:t>I. FELSŐOKTATÁSI TEVÉKENYSÉG</w:t>
      </w:r>
      <w:bookmarkEnd w:id="3"/>
    </w:p>
    <w:p w14:paraId="052EB618" w14:textId="1341BFC9" w:rsidR="00CB6E39" w:rsidRDefault="00CB6E39" w:rsidP="00CB6E39">
      <w:pPr>
        <w:tabs>
          <w:tab w:val="left" w:pos="6237"/>
          <w:tab w:val="left" w:leader="underscore" w:pos="9072"/>
        </w:tabs>
        <w:spacing w:after="120" w:line="240" w:lineRule="auto"/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A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pályázatban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bemutatott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felsőoktatási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teljesítmények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értékelése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során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ugyanazon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eredmény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vagy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teljesítmény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kizárólag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egy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értékelési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szempont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alapján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vehető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figyelembe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73836031" w14:textId="2174D776" w:rsidR="003D025F" w:rsidRPr="007C709E" w:rsidRDefault="007C709E" w:rsidP="007C709E">
      <w:pPr>
        <w:tabs>
          <w:tab w:val="left" w:pos="6237"/>
          <w:tab w:val="left" w:leader="underscore" w:pos="9072"/>
        </w:tabs>
        <w:spacing w:after="0" w:line="240" w:lineRule="auto"/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Formátum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: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normál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margó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(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alsó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felső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bal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és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jobb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oldali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margó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2,5 cm), Times New Roman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betűtípus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, 12-es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betűméret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szimpla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sorköz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maximális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oldalszám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I.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Felsőoktatási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tevékenység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bemutatására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 xml:space="preserve">: 30 </w:t>
      </w:r>
      <w:proofErr w:type="spellStart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oldal</w:t>
      </w:r>
      <w:proofErr w:type="spellEnd"/>
      <w:r w:rsidRPr="007C709E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120E34C9" w14:textId="2499BE9F" w:rsidR="003D025F" w:rsidRPr="00C34995" w:rsidRDefault="00D10168" w:rsidP="00C34995">
      <w:pPr>
        <w:pStyle w:val="Heading2"/>
      </w:pPr>
      <w:bookmarkStart w:id="4" w:name="_Toc244693652"/>
      <w:r w:rsidRPr="00C34995">
        <w:t xml:space="preserve">1a.1. </w:t>
      </w:r>
      <w:proofErr w:type="spellStart"/>
      <w:r w:rsidRPr="00C34995">
        <w:t>Felső</w:t>
      </w:r>
      <w:r w:rsidR="00C34995" w:rsidRPr="00C34995">
        <w:t>oktatási</w:t>
      </w:r>
      <w:proofErr w:type="spellEnd"/>
      <w:r w:rsidR="00C34995" w:rsidRPr="00C34995">
        <w:t xml:space="preserve"> </w:t>
      </w:r>
      <w:proofErr w:type="spellStart"/>
      <w:r w:rsidR="00C34995" w:rsidRPr="00C34995">
        <w:t>tapasztalat</w:t>
      </w:r>
      <w:bookmarkEnd w:id="4"/>
      <w:proofErr w:type="spellEnd"/>
    </w:p>
    <w:p w14:paraId="708D2246" w14:textId="3A54328A" w:rsidR="00C34995" w:rsidRPr="001941BD" w:rsidRDefault="00C34995" w:rsidP="001941BD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2FA3DAD8" w14:textId="50FE65E4" w:rsidR="00C34995" w:rsidRPr="001941BD" w:rsidRDefault="001941BD" w:rsidP="001941BD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 w:rsidR="00580E1A"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 w:rsidR="00580E1A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580E1A"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 w:rsidR="00580E1A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72429484" w14:textId="32240C87" w:rsidR="00115B49" w:rsidRPr="00FA4234" w:rsidRDefault="00115B49" w:rsidP="00115B49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68695DC6" w14:textId="77777777" w:rsidR="001941BD" w:rsidRPr="001941BD" w:rsidRDefault="001941BD" w:rsidP="009A6CE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26358EE" w14:textId="1706E5BE" w:rsidR="00C34995" w:rsidRDefault="00C34995" w:rsidP="001941BD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2D8A4F96" w14:textId="77777777" w:rsidR="00580E1A" w:rsidRPr="001941BD" w:rsidRDefault="00580E1A" w:rsidP="00580E1A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4A40EEB8" w14:textId="77777777" w:rsidR="00115B49" w:rsidRPr="00FA4234" w:rsidRDefault="00115B49" w:rsidP="00115B49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2E1BFAAB" w14:textId="77777777" w:rsidR="00580E1A" w:rsidRPr="001941BD" w:rsidRDefault="00580E1A" w:rsidP="00580E1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C37F996" w14:textId="3677AE12" w:rsidR="003D025F" w:rsidRPr="00072D74" w:rsidRDefault="00D10168" w:rsidP="00C34995">
      <w:pPr>
        <w:pStyle w:val="Heading2"/>
      </w:pPr>
      <w:bookmarkStart w:id="5" w:name="_Toc244693653"/>
      <w:r w:rsidRPr="00072D74">
        <w:t xml:space="preserve">1a.2. </w:t>
      </w:r>
      <w:proofErr w:type="spellStart"/>
      <w:r w:rsidRPr="00072D74">
        <w:t>Hallgatók</w:t>
      </w:r>
      <w:proofErr w:type="spellEnd"/>
      <w:r w:rsidRPr="00072D74">
        <w:t xml:space="preserve"> tanulmányi, </w:t>
      </w:r>
      <w:proofErr w:type="spellStart"/>
      <w:r w:rsidRPr="00072D74">
        <w:t>tudományos</w:t>
      </w:r>
      <w:proofErr w:type="spellEnd"/>
      <w:r w:rsidR="003725D4">
        <w:t>/</w:t>
      </w:r>
      <w:proofErr w:type="spellStart"/>
      <w:r w:rsidRPr="00072D74">
        <w:t>művészeti</w:t>
      </w:r>
      <w:proofErr w:type="spellEnd"/>
      <w:r w:rsidRPr="00072D74">
        <w:t xml:space="preserve"> </w:t>
      </w:r>
      <w:proofErr w:type="spellStart"/>
      <w:r w:rsidRPr="00072D74">
        <w:t>munkájának</w:t>
      </w:r>
      <w:proofErr w:type="spellEnd"/>
      <w:r w:rsidRPr="00072D74">
        <w:t xml:space="preserve"> </w:t>
      </w:r>
      <w:proofErr w:type="spellStart"/>
      <w:r w:rsidRPr="00072D74">
        <w:t>vezetése</w:t>
      </w:r>
      <w:bookmarkEnd w:id="5"/>
      <w:proofErr w:type="spellEnd"/>
    </w:p>
    <w:p w14:paraId="42D7F0F6" w14:textId="6415B367" w:rsidR="00CE438E" w:rsidRPr="001941BD" w:rsidRDefault="00CE438E" w:rsidP="00CE438E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7143DF09" w14:textId="77777777" w:rsidR="00CE438E" w:rsidRPr="001941BD" w:rsidRDefault="00CE438E" w:rsidP="00CE438E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1C328F32" w14:textId="77777777" w:rsidR="00115B49" w:rsidRPr="00FA4234" w:rsidRDefault="00115B49" w:rsidP="00115B49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91B0242" w14:textId="77777777" w:rsidR="00115B49" w:rsidRPr="001941BD" w:rsidRDefault="00115B49" w:rsidP="00CE438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B67207A" w14:textId="77777777" w:rsidR="00CE438E" w:rsidRDefault="00CE438E" w:rsidP="00CE438E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3E55E168" w14:textId="77777777" w:rsidR="00CE438E" w:rsidRPr="001941BD" w:rsidRDefault="00CE438E" w:rsidP="00CE438E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035FFEC2" w14:textId="77777777" w:rsidR="00115B49" w:rsidRPr="00FA4234" w:rsidRDefault="00115B49" w:rsidP="00115B49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010EE2ED" w14:textId="77777777" w:rsidR="00F649BF" w:rsidRDefault="00F649BF" w:rsidP="00CE438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95B5AA1" w14:textId="6B0124F2" w:rsidR="00987D71" w:rsidRPr="00410143" w:rsidRDefault="00987D71" w:rsidP="00987D71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r w:rsidR="00A04B35">
        <w:rPr>
          <w:rFonts w:ascii="Times New Roman" w:hAnsi="Times New Roman" w:cs="Times New Roman"/>
          <w:i/>
          <w:iCs/>
          <w:color w:val="EE0000"/>
          <w:sz w:val="22"/>
        </w:rPr>
        <w:t>a</w:t>
      </w:r>
      <w:r w:rsidR="00F53CD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F53CD9">
        <w:rPr>
          <w:rFonts w:ascii="Times New Roman" w:hAnsi="Times New Roman" w:cs="Times New Roman"/>
          <w:i/>
          <w:iCs/>
          <w:color w:val="EE0000"/>
          <w:sz w:val="22"/>
        </w:rPr>
        <w:t>diplomamunkák</w:t>
      </w:r>
      <w:proofErr w:type="spellEnd"/>
      <w:r w:rsidR="00F53CD9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="00F53CD9">
        <w:rPr>
          <w:rFonts w:ascii="Times New Roman" w:hAnsi="Times New Roman" w:cs="Times New Roman"/>
          <w:i/>
          <w:iCs/>
          <w:color w:val="EE0000"/>
          <w:sz w:val="22"/>
        </w:rPr>
        <w:t>szakdolgozat</w:t>
      </w:r>
      <w:r w:rsidR="00880294">
        <w:rPr>
          <w:rFonts w:ascii="Times New Roman" w:hAnsi="Times New Roman" w:cs="Times New Roman"/>
          <w:i/>
          <w:iCs/>
          <w:color w:val="EE0000"/>
          <w:sz w:val="22"/>
        </w:rPr>
        <w:t>ok</w:t>
      </w:r>
      <w:proofErr w:type="spellEnd"/>
      <w:r w:rsidR="00F53CD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F53CD9">
        <w:rPr>
          <w:rFonts w:ascii="Times New Roman" w:hAnsi="Times New Roman" w:cs="Times New Roman"/>
          <w:i/>
          <w:iCs/>
          <w:color w:val="EE0000"/>
          <w:sz w:val="22"/>
        </w:rPr>
        <w:t>t</w:t>
      </w:r>
      <w:r w:rsidR="00917F22">
        <w:rPr>
          <w:rFonts w:ascii="Times New Roman" w:hAnsi="Times New Roman" w:cs="Times New Roman"/>
          <w:i/>
          <w:iCs/>
          <w:color w:val="EE0000"/>
          <w:sz w:val="22"/>
        </w:rPr>
        <w:t>é</w:t>
      </w:r>
      <w:r w:rsidR="00F53CD9">
        <w:rPr>
          <w:rFonts w:ascii="Times New Roman" w:hAnsi="Times New Roman" w:cs="Times New Roman"/>
          <w:i/>
          <w:iCs/>
          <w:color w:val="EE0000"/>
          <w:sz w:val="22"/>
        </w:rPr>
        <w:t>mavezetői</w:t>
      </w:r>
      <w:proofErr w:type="spellEnd"/>
      <w:r w:rsidR="00F53CD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F53CD9">
        <w:rPr>
          <w:rFonts w:ascii="Times New Roman" w:hAnsi="Times New Roman" w:cs="Times New Roman"/>
          <w:i/>
          <w:iCs/>
          <w:color w:val="EE0000"/>
          <w:sz w:val="22"/>
        </w:rPr>
        <w:t>tevékenységek</w:t>
      </w:r>
      <w:proofErr w:type="spellEnd"/>
      <w:r w:rsidR="00F53CD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 w:rsidR="00F53CD9"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07"/>
        <w:gridCol w:w="1437"/>
        <w:gridCol w:w="1871"/>
        <w:gridCol w:w="4208"/>
        <w:gridCol w:w="1239"/>
      </w:tblGrid>
      <w:tr w:rsidR="00987D71" w:rsidRPr="0085253B" w14:paraId="29012759" w14:textId="77777777" w:rsidTr="00AE0681">
        <w:tc>
          <w:tcPr>
            <w:tcW w:w="606" w:type="pct"/>
            <w:shd w:val="clear" w:color="auto" w:fill="D1AB66"/>
            <w:vAlign w:val="center"/>
          </w:tcPr>
          <w:p w14:paraId="6EDC7FBB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Sorszám</w:t>
            </w:r>
            <w:proofErr w:type="spellEnd"/>
          </w:p>
        </w:tc>
        <w:tc>
          <w:tcPr>
            <w:tcW w:w="721" w:type="pct"/>
            <w:shd w:val="clear" w:color="auto" w:fill="D1AB66"/>
            <w:vAlign w:val="center"/>
          </w:tcPr>
          <w:p w14:paraId="1C1D1D13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Név</w:t>
            </w:r>
            <w:proofErr w:type="spellEnd"/>
          </w:p>
        </w:tc>
        <w:tc>
          <w:tcPr>
            <w:tcW w:w="939" w:type="pct"/>
            <w:shd w:val="clear" w:color="auto" w:fill="D1AB66"/>
            <w:vAlign w:val="center"/>
          </w:tcPr>
          <w:p w14:paraId="23F12A5C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Szak</w:t>
            </w:r>
            <w:proofErr w:type="spellEnd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 xml:space="preserve"> neve</w:t>
            </w:r>
          </w:p>
        </w:tc>
        <w:tc>
          <w:tcPr>
            <w:tcW w:w="2112" w:type="pct"/>
            <w:shd w:val="clear" w:color="auto" w:fill="D1AB66"/>
            <w:vAlign w:val="center"/>
          </w:tcPr>
          <w:p w14:paraId="75F2D7B2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Diplomamunka/</w:t>
            </w: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szakdolgozat</w:t>
            </w:r>
            <w:proofErr w:type="spellEnd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címe</w:t>
            </w:r>
            <w:proofErr w:type="spellEnd"/>
          </w:p>
        </w:tc>
        <w:tc>
          <w:tcPr>
            <w:tcW w:w="622" w:type="pct"/>
            <w:shd w:val="clear" w:color="auto" w:fill="D1AB66"/>
            <w:vAlign w:val="center"/>
          </w:tcPr>
          <w:p w14:paraId="0049C46D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Védés</w:t>
            </w:r>
            <w:proofErr w:type="spellEnd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évszáma</w:t>
            </w:r>
            <w:proofErr w:type="spellEnd"/>
          </w:p>
        </w:tc>
      </w:tr>
      <w:tr w:rsidR="00987D71" w:rsidRPr="0085253B" w14:paraId="751D1CEF" w14:textId="77777777" w:rsidTr="00015E9B">
        <w:tc>
          <w:tcPr>
            <w:tcW w:w="606" w:type="pct"/>
            <w:vAlign w:val="center"/>
          </w:tcPr>
          <w:p w14:paraId="2C4F3915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1" w:type="pct"/>
            <w:vAlign w:val="center"/>
          </w:tcPr>
          <w:p w14:paraId="764DA1E2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9" w:type="pct"/>
            <w:vAlign w:val="center"/>
          </w:tcPr>
          <w:p w14:paraId="1B485157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12" w:type="pct"/>
            <w:vAlign w:val="center"/>
          </w:tcPr>
          <w:p w14:paraId="4065425C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2" w:type="pct"/>
            <w:vAlign w:val="center"/>
          </w:tcPr>
          <w:p w14:paraId="07AF8F67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87D71" w:rsidRPr="0085253B" w14:paraId="4E581A54" w14:textId="77777777" w:rsidTr="00015E9B">
        <w:tc>
          <w:tcPr>
            <w:tcW w:w="606" w:type="pct"/>
            <w:vAlign w:val="center"/>
          </w:tcPr>
          <w:p w14:paraId="78EBF7B4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1" w:type="pct"/>
            <w:vAlign w:val="center"/>
          </w:tcPr>
          <w:p w14:paraId="0F8AB066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9" w:type="pct"/>
            <w:vAlign w:val="center"/>
          </w:tcPr>
          <w:p w14:paraId="569E0435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12" w:type="pct"/>
            <w:vAlign w:val="center"/>
          </w:tcPr>
          <w:p w14:paraId="07144637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2" w:type="pct"/>
            <w:vAlign w:val="center"/>
          </w:tcPr>
          <w:p w14:paraId="2FD6611B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571044B5" w14:textId="77777777" w:rsidR="00920B50" w:rsidRDefault="00920B50" w:rsidP="00920B5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F227A70" w14:textId="6C3455C4" w:rsidR="00F53CD9" w:rsidRPr="00410143" w:rsidRDefault="00F53CD9" w:rsidP="00F53CD9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a TDK/OTDK</w:t>
      </w:r>
      <w:r w:rsidR="00917F22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917F22">
        <w:rPr>
          <w:rFonts w:ascii="Times New Roman" w:hAnsi="Times New Roman" w:cs="Times New Roman"/>
          <w:i/>
          <w:iCs/>
          <w:color w:val="EE0000"/>
          <w:sz w:val="22"/>
        </w:rPr>
        <w:t>témavezetői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tevékenységek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205"/>
        <w:gridCol w:w="1164"/>
        <w:gridCol w:w="1576"/>
        <w:gridCol w:w="2752"/>
        <w:gridCol w:w="1245"/>
        <w:gridCol w:w="936"/>
        <w:gridCol w:w="1084"/>
      </w:tblGrid>
      <w:tr w:rsidR="00987D71" w:rsidRPr="0085253B" w14:paraId="2C1A8C50" w14:textId="77777777" w:rsidTr="00AE0681">
        <w:trPr>
          <w:trHeight w:val="173"/>
        </w:trPr>
        <w:tc>
          <w:tcPr>
            <w:tcW w:w="605" w:type="pct"/>
            <w:vMerge w:val="restart"/>
            <w:shd w:val="clear" w:color="auto" w:fill="D1AB66"/>
            <w:vAlign w:val="center"/>
          </w:tcPr>
          <w:p w14:paraId="039AFABF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Sorszám</w:t>
            </w:r>
            <w:proofErr w:type="spellEnd"/>
          </w:p>
        </w:tc>
        <w:tc>
          <w:tcPr>
            <w:tcW w:w="584" w:type="pct"/>
            <w:vMerge w:val="restart"/>
            <w:shd w:val="clear" w:color="auto" w:fill="D1AB66"/>
            <w:vAlign w:val="center"/>
          </w:tcPr>
          <w:p w14:paraId="6B921BA5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Név</w:t>
            </w:r>
            <w:proofErr w:type="spellEnd"/>
          </w:p>
        </w:tc>
        <w:tc>
          <w:tcPr>
            <w:tcW w:w="791" w:type="pct"/>
            <w:vMerge w:val="restart"/>
            <w:shd w:val="clear" w:color="auto" w:fill="D1AB66"/>
            <w:vAlign w:val="center"/>
          </w:tcPr>
          <w:p w14:paraId="5F3B73DD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Szak</w:t>
            </w:r>
            <w:proofErr w:type="spellEnd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 xml:space="preserve"> neve</w:t>
            </w:r>
          </w:p>
        </w:tc>
        <w:tc>
          <w:tcPr>
            <w:tcW w:w="1381" w:type="pct"/>
            <w:vMerge w:val="restart"/>
            <w:shd w:val="clear" w:color="auto" w:fill="D1AB66"/>
            <w:vAlign w:val="center"/>
          </w:tcPr>
          <w:p w14:paraId="06D8C6EC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 xml:space="preserve">TDK </w:t>
            </w: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előadás</w:t>
            </w:r>
            <w:proofErr w:type="spellEnd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/</w:t>
            </w: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dolgozat</w:t>
            </w:r>
            <w:proofErr w:type="spellEnd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címe</w:t>
            </w:r>
            <w:proofErr w:type="spellEnd"/>
          </w:p>
        </w:tc>
        <w:tc>
          <w:tcPr>
            <w:tcW w:w="625" w:type="pct"/>
            <w:vMerge w:val="restart"/>
            <w:shd w:val="clear" w:color="auto" w:fill="D1AB66"/>
            <w:vAlign w:val="center"/>
          </w:tcPr>
          <w:p w14:paraId="4553F2D9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Évszám</w:t>
            </w:r>
            <w:proofErr w:type="spellEnd"/>
          </w:p>
        </w:tc>
        <w:tc>
          <w:tcPr>
            <w:tcW w:w="1014" w:type="pct"/>
            <w:gridSpan w:val="2"/>
            <w:shd w:val="clear" w:color="auto" w:fill="D1AB66"/>
            <w:vAlign w:val="center"/>
          </w:tcPr>
          <w:p w14:paraId="409841A1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Helyezések</w:t>
            </w:r>
            <w:proofErr w:type="spellEnd"/>
          </w:p>
        </w:tc>
      </w:tr>
      <w:tr w:rsidR="00987D71" w:rsidRPr="0085253B" w14:paraId="53954603" w14:textId="77777777" w:rsidTr="0085253B">
        <w:trPr>
          <w:trHeight w:val="172"/>
        </w:trPr>
        <w:tc>
          <w:tcPr>
            <w:tcW w:w="605" w:type="pct"/>
            <w:vMerge/>
            <w:shd w:val="clear" w:color="auto" w:fill="D1AB66"/>
            <w:vAlign w:val="center"/>
          </w:tcPr>
          <w:p w14:paraId="1185B634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584" w:type="pct"/>
            <w:vMerge/>
            <w:shd w:val="clear" w:color="auto" w:fill="D1AB66"/>
            <w:vAlign w:val="center"/>
          </w:tcPr>
          <w:p w14:paraId="51AB93E6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791" w:type="pct"/>
            <w:vMerge/>
            <w:shd w:val="clear" w:color="auto" w:fill="D1AB66"/>
            <w:vAlign w:val="center"/>
          </w:tcPr>
          <w:p w14:paraId="3E55C26F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381" w:type="pct"/>
            <w:vMerge/>
            <w:shd w:val="clear" w:color="auto" w:fill="D1AB66"/>
            <w:vAlign w:val="center"/>
          </w:tcPr>
          <w:p w14:paraId="7B10FB08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625" w:type="pct"/>
            <w:vMerge/>
            <w:shd w:val="clear" w:color="auto" w:fill="D1AB66"/>
            <w:vAlign w:val="center"/>
          </w:tcPr>
          <w:p w14:paraId="557B5286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470" w:type="pct"/>
            <w:shd w:val="clear" w:color="auto" w:fill="D1AB66"/>
            <w:vAlign w:val="center"/>
          </w:tcPr>
          <w:p w14:paraId="7719B8D1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TDK</w:t>
            </w:r>
          </w:p>
        </w:tc>
        <w:tc>
          <w:tcPr>
            <w:tcW w:w="544" w:type="pct"/>
            <w:shd w:val="clear" w:color="auto" w:fill="D1AB66"/>
            <w:vAlign w:val="center"/>
          </w:tcPr>
          <w:p w14:paraId="30D41779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85253B">
              <w:rPr>
                <w:rFonts w:ascii="Times New Roman" w:hAnsi="Times New Roman" w:cs="Times New Roman"/>
                <w:b/>
                <w:bCs/>
                <w:sz w:val="22"/>
              </w:rPr>
              <w:t>OTDK</w:t>
            </w:r>
          </w:p>
        </w:tc>
      </w:tr>
      <w:tr w:rsidR="00987D71" w:rsidRPr="0085253B" w14:paraId="0FD56803" w14:textId="77777777" w:rsidTr="0085253B">
        <w:tc>
          <w:tcPr>
            <w:tcW w:w="605" w:type="pct"/>
            <w:vAlign w:val="center"/>
          </w:tcPr>
          <w:p w14:paraId="20ABBEC1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4" w:type="pct"/>
            <w:vAlign w:val="center"/>
          </w:tcPr>
          <w:p w14:paraId="77C1A789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1" w:type="pct"/>
            <w:vAlign w:val="center"/>
          </w:tcPr>
          <w:p w14:paraId="5B45202A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81" w:type="pct"/>
            <w:vAlign w:val="center"/>
          </w:tcPr>
          <w:p w14:paraId="05EFCC98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vAlign w:val="center"/>
          </w:tcPr>
          <w:p w14:paraId="5B8894D2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0" w:type="pct"/>
            <w:vAlign w:val="center"/>
          </w:tcPr>
          <w:p w14:paraId="21C21F92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4" w:type="pct"/>
            <w:vAlign w:val="center"/>
          </w:tcPr>
          <w:p w14:paraId="2F41F15E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87D71" w:rsidRPr="0085253B" w14:paraId="761D8024" w14:textId="77777777" w:rsidTr="0085253B">
        <w:tc>
          <w:tcPr>
            <w:tcW w:w="605" w:type="pct"/>
            <w:vAlign w:val="center"/>
          </w:tcPr>
          <w:p w14:paraId="0903EBCC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84" w:type="pct"/>
            <w:vAlign w:val="center"/>
          </w:tcPr>
          <w:p w14:paraId="7679A721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1" w:type="pct"/>
            <w:vAlign w:val="center"/>
          </w:tcPr>
          <w:p w14:paraId="340D9BC5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81" w:type="pct"/>
            <w:vAlign w:val="center"/>
          </w:tcPr>
          <w:p w14:paraId="091D94EF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25" w:type="pct"/>
            <w:vAlign w:val="center"/>
          </w:tcPr>
          <w:p w14:paraId="4EE7496C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0" w:type="pct"/>
            <w:vAlign w:val="center"/>
          </w:tcPr>
          <w:p w14:paraId="19F8A1B5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4" w:type="pct"/>
            <w:vAlign w:val="center"/>
          </w:tcPr>
          <w:p w14:paraId="72605EB0" w14:textId="77777777" w:rsidR="00987D71" w:rsidRPr="0085253B" w:rsidRDefault="00987D71" w:rsidP="00015E9B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4EED28FA" w14:textId="77777777" w:rsidR="00246614" w:rsidRDefault="00246614" w:rsidP="0024661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bookmarkStart w:id="6" w:name="_Toc244693654"/>
    </w:p>
    <w:p w14:paraId="4FD5536D" w14:textId="5D46C8FC" w:rsidR="003D025F" w:rsidRPr="00072D74" w:rsidRDefault="00D10168" w:rsidP="00C34995">
      <w:pPr>
        <w:pStyle w:val="Heading2"/>
      </w:pPr>
      <w:r w:rsidRPr="00072D74">
        <w:t xml:space="preserve">1a.3. </w:t>
      </w:r>
      <w:proofErr w:type="spellStart"/>
      <w:r w:rsidRPr="00072D74">
        <w:t>Idegen</w:t>
      </w:r>
      <w:proofErr w:type="spellEnd"/>
      <w:r w:rsidRPr="00072D74">
        <w:t xml:space="preserve"> </w:t>
      </w:r>
      <w:proofErr w:type="spellStart"/>
      <w:r w:rsidRPr="00072D74">
        <w:t>nyelvű</w:t>
      </w:r>
      <w:proofErr w:type="spellEnd"/>
      <w:r w:rsidRPr="00072D74">
        <w:t xml:space="preserve"> </w:t>
      </w:r>
      <w:proofErr w:type="spellStart"/>
      <w:r w:rsidRPr="00072D74">
        <w:t>felsőoktatási</w:t>
      </w:r>
      <w:proofErr w:type="spellEnd"/>
      <w:r w:rsidRPr="00072D74">
        <w:t xml:space="preserve"> </w:t>
      </w:r>
      <w:proofErr w:type="spellStart"/>
      <w:r w:rsidRPr="00072D74">
        <w:t>oktatási</w:t>
      </w:r>
      <w:proofErr w:type="spellEnd"/>
      <w:r w:rsidRPr="00072D74">
        <w:t xml:space="preserve"> </w:t>
      </w:r>
      <w:proofErr w:type="spellStart"/>
      <w:r w:rsidRPr="00072D74">
        <w:t>tevékenység</w:t>
      </w:r>
      <w:bookmarkEnd w:id="6"/>
      <w:proofErr w:type="spellEnd"/>
    </w:p>
    <w:p w14:paraId="32186F71" w14:textId="77777777" w:rsidR="00BB0739" w:rsidRPr="001941BD" w:rsidRDefault="00BB0739" w:rsidP="00BB0739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6E781E96" w14:textId="77777777" w:rsidR="00BB0739" w:rsidRPr="001941BD" w:rsidRDefault="00BB0739" w:rsidP="00BB0739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113A46D9" w14:textId="77777777" w:rsidR="00BB0739" w:rsidRPr="00FA4234" w:rsidRDefault="00BB0739" w:rsidP="00BB0739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03BCAB1B" w14:textId="77777777" w:rsidR="00BB0739" w:rsidRPr="001941BD" w:rsidRDefault="00BB0739" w:rsidP="00BB073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7FCEE17" w14:textId="77777777" w:rsidR="00BB0739" w:rsidRDefault="00BB0739" w:rsidP="00BB0739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3D46ECE7" w14:textId="77777777" w:rsidR="00BB0739" w:rsidRPr="001941BD" w:rsidRDefault="00BB0739" w:rsidP="00BB0739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64FB4031" w14:textId="77777777" w:rsidR="00BB0739" w:rsidRPr="00FA4234" w:rsidRDefault="00BB0739" w:rsidP="00BB0739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36F9EFB" w14:textId="77777777" w:rsidR="003D025F" w:rsidRPr="00D374C2" w:rsidRDefault="003D025F" w:rsidP="00D374C2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</w:p>
    <w:p w14:paraId="1C3306E9" w14:textId="63BCE25C" w:rsidR="003D025F" w:rsidRPr="00072D74" w:rsidRDefault="00D10168" w:rsidP="00C34995">
      <w:pPr>
        <w:pStyle w:val="Heading2"/>
      </w:pPr>
      <w:bookmarkStart w:id="7" w:name="_Toc244693655"/>
      <w:r w:rsidRPr="00072D74">
        <w:t xml:space="preserve">1b.1. </w:t>
      </w:r>
      <w:proofErr w:type="spellStart"/>
      <w:r w:rsidRPr="00072D74">
        <w:t>Oktatásfejlesztési</w:t>
      </w:r>
      <w:proofErr w:type="spellEnd"/>
      <w:r w:rsidRPr="00072D74">
        <w:t xml:space="preserve"> és </w:t>
      </w:r>
      <w:proofErr w:type="spellStart"/>
      <w:r w:rsidRPr="00072D74">
        <w:t>oktatásszervezési</w:t>
      </w:r>
      <w:proofErr w:type="spellEnd"/>
      <w:r w:rsidRPr="00072D74">
        <w:t xml:space="preserve"> </w:t>
      </w:r>
      <w:proofErr w:type="spellStart"/>
      <w:r w:rsidRPr="00072D74">
        <w:t>tevékenység</w:t>
      </w:r>
      <w:proofErr w:type="spellEnd"/>
      <w:r w:rsidRPr="00072D74">
        <w:t xml:space="preserve">, </w:t>
      </w:r>
      <w:proofErr w:type="spellStart"/>
      <w:r w:rsidRPr="00072D74">
        <w:t>eredményesség</w:t>
      </w:r>
      <w:bookmarkEnd w:id="7"/>
      <w:proofErr w:type="spellEnd"/>
    </w:p>
    <w:p w14:paraId="538B365F" w14:textId="77777777" w:rsidR="00C147AD" w:rsidRPr="001941BD" w:rsidRDefault="00C147AD" w:rsidP="00C147AD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1EB1C43D" w14:textId="77777777" w:rsidR="00C147AD" w:rsidRPr="001941BD" w:rsidRDefault="00C147AD" w:rsidP="00C147AD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24C216F4" w14:textId="77777777" w:rsidR="00C147AD" w:rsidRPr="00FA4234" w:rsidRDefault="00C147AD" w:rsidP="00C147AD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0B8DA65" w14:textId="77777777" w:rsidR="00804914" w:rsidRPr="001941BD" w:rsidRDefault="00804914" w:rsidP="00C147A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DEC7C58" w14:textId="77777777" w:rsidR="00C147AD" w:rsidRDefault="00C147AD" w:rsidP="00C147AD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546B1C67" w14:textId="77777777" w:rsidR="00C147AD" w:rsidRPr="001941BD" w:rsidRDefault="00C147AD" w:rsidP="00C147AD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2C2D6C7E" w14:textId="77777777" w:rsidR="00C147AD" w:rsidRPr="00FA4234" w:rsidRDefault="00C147AD" w:rsidP="00C147AD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3FCCB655" w14:textId="77777777" w:rsidR="00F53CD9" w:rsidRDefault="00F53CD9" w:rsidP="00C147AD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</w:p>
    <w:p w14:paraId="1F5D455A" w14:textId="52FCB165" w:rsidR="00F53CD9" w:rsidRPr="00410143" w:rsidRDefault="00F53CD9" w:rsidP="00F53CD9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tantárgyfelelősi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megbízatások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 w:rsidR="007F3EA8"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05"/>
        <w:gridCol w:w="1542"/>
        <w:gridCol w:w="1650"/>
        <w:gridCol w:w="2299"/>
        <w:gridCol w:w="2222"/>
        <w:gridCol w:w="1044"/>
      </w:tblGrid>
      <w:tr w:rsidR="00F53CD9" w:rsidRPr="00A43ECA" w14:paraId="37F3C36C" w14:textId="77777777" w:rsidTr="00AE0681">
        <w:tc>
          <w:tcPr>
            <w:tcW w:w="605" w:type="pct"/>
            <w:shd w:val="clear" w:color="auto" w:fill="D1AB66"/>
            <w:vAlign w:val="center"/>
          </w:tcPr>
          <w:p w14:paraId="06C1A6BA" w14:textId="77777777" w:rsidR="00F53CD9" w:rsidRPr="00A43ECA" w:rsidRDefault="00F53CD9" w:rsidP="0034187A">
            <w:pPr>
              <w:tabs>
                <w:tab w:val="left" w:pos="6237"/>
                <w:tab w:val="left" w:leader="underscore" w:pos="9072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Sorszám</w:t>
            </w:r>
            <w:proofErr w:type="spellEnd"/>
          </w:p>
        </w:tc>
        <w:tc>
          <w:tcPr>
            <w:tcW w:w="774" w:type="pct"/>
            <w:shd w:val="clear" w:color="auto" w:fill="D1AB66"/>
            <w:vAlign w:val="center"/>
          </w:tcPr>
          <w:p w14:paraId="4E25D32F" w14:textId="77777777" w:rsidR="00F53CD9" w:rsidRPr="00A43ECA" w:rsidRDefault="00F53CD9" w:rsidP="0034187A">
            <w:pPr>
              <w:tabs>
                <w:tab w:val="left" w:pos="6237"/>
                <w:tab w:val="left" w:leader="underscore" w:pos="9072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Tanév/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félév</w:t>
            </w:r>
            <w:proofErr w:type="spellEnd"/>
          </w:p>
        </w:tc>
        <w:tc>
          <w:tcPr>
            <w:tcW w:w="828" w:type="pct"/>
            <w:shd w:val="clear" w:color="auto" w:fill="D1AB66"/>
            <w:vAlign w:val="center"/>
          </w:tcPr>
          <w:p w14:paraId="1C2392F6" w14:textId="77777777" w:rsidR="00F53CD9" w:rsidRPr="00A43ECA" w:rsidRDefault="00F53CD9" w:rsidP="0034187A">
            <w:pPr>
              <w:tabs>
                <w:tab w:val="left" w:pos="6237"/>
                <w:tab w:val="left" w:leader="underscore" w:pos="9072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Tantárgy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neve</w:t>
            </w:r>
          </w:p>
        </w:tc>
        <w:tc>
          <w:tcPr>
            <w:tcW w:w="1154" w:type="pct"/>
            <w:shd w:val="clear" w:color="auto" w:fill="D1AB66"/>
            <w:vAlign w:val="center"/>
          </w:tcPr>
          <w:p w14:paraId="1BC99587" w14:textId="77777777" w:rsidR="00F53CD9" w:rsidRPr="00A43ECA" w:rsidRDefault="00F53CD9" w:rsidP="0034187A">
            <w:pPr>
              <w:tabs>
                <w:tab w:val="left" w:pos="6237"/>
                <w:tab w:val="left" w:leader="underscore" w:pos="9072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Tantárgy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típusa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(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kötelező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„A” /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fakultatív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„B/C”)</w:t>
            </w:r>
          </w:p>
        </w:tc>
        <w:tc>
          <w:tcPr>
            <w:tcW w:w="1115" w:type="pct"/>
            <w:shd w:val="clear" w:color="auto" w:fill="D1AB66"/>
            <w:vAlign w:val="center"/>
          </w:tcPr>
          <w:p w14:paraId="1F7A0B53" w14:textId="77777777" w:rsidR="00F53CD9" w:rsidRPr="00A43ECA" w:rsidRDefault="00F53CD9" w:rsidP="0034187A">
            <w:pPr>
              <w:tabs>
                <w:tab w:val="left" w:pos="6237"/>
                <w:tab w:val="left" w:leader="underscore" w:pos="9072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Szak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(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szakirány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/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specializáció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) neve és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szintje</w:t>
            </w:r>
            <w:proofErr w:type="spellEnd"/>
          </w:p>
        </w:tc>
        <w:tc>
          <w:tcPr>
            <w:tcW w:w="524" w:type="pct"/>
            <w:shd w:val="clear" w:color="auto" w:fill="D1AB66"/>
            <w:vAlign w:val="center"/>
          </w:tcPr>
          <w:p w14:paraId="28113A3B" w14:textId="77777777" w:rsidR="00F53CD9" w:rsidRPr="00A43ECA" w:rsidRDefault="00F53CD9" w:rsidP="0034187A">
            <w:pPr>
              <w:tabs>
                <w:tab w:val="left" w:pos="6237"/>
                <w:tab w:val="left" w:leader="underscore" w:pos="9072"/>
              </w:tabs>
              <w:spacing w:before="60" w:after="60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Képzés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nyelve</w:t>
            </w:r>
            <w:proofErr w:type="spellEnd"/>
          </w:p>
        </w:tc>
      </w:tr>
      <w:tr w:rsidR="00F53CD9" w:rsidRPr="0085253B" w14:paraId="195125FF" w14:textId="77777777" w:rsidTr="008C2148">
        <w:tc>
          <w:tcPr>
            <w:tcW w:w="605" w:type="pct"/>
            <w:vAlign w:val="center"/>
          </w:tcPr>
          <w:p w14:paraId="1D9CE5D8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4" w:type="pct"/>
            <w:vAlign w:val="center"/>
          </w:tcPr>
          <w:p w14:paraId="272A609E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8" w:type="pct"/>
            <w:vAlign w:val="center"/>
          </w:tcPr>
          <w:p w14:paraId="1FC95C60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54" w:type="pct"/>
            <w:vAlign w:val="center"/>
          </w:tcPr>
          <w:p w14:paraId="0AE99396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5" w:type="pct"/>
            <w:vAlign w:val="center"/>
          </w:tcPr>
          <w:p w14:paraId="3DCFAA9F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62D17A63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F53CD9" w:rsidRPr="0085253B" w14:paraId="6249E168" w14:textId="77777777" w:rsidTr="008C2148">
        <w:tc>
          <w:tcPr>
            <w:tcW w:w="605" w:type="pct"/>
            <w:vAlign w:val="center"/>
          </w:tcPr>
          <w:p w14:paraId="592B6F0B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4" w:type="pct"/>
            <w:vAlign w:val="center"/>
          </w:tcPr>
          <w:p w14:paraId="724FD6CE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8" w:type="pct"/>
            <w:vAlign w:val="center"/>
          </w:tcPr>
          <w:p w14:paraId="7BF0868E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54" w:type="pct"/>
            <w:vAlign w:val="center"/>
          </w:tcPr>
          <w:p w14:paraId="5567012D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5" w:type="pct"/>
            <w:vAlign w:val="center"/>
          </w:tcPr>
          <w:p w14:paraId="6BA50478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34A969BA" w14:textId="77777777" w:rsidR="00F53CD9" w:rsidRPr="0085253B" w:rsidRDefault="00F53CD9" w:rsidP="008C2148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6E32D666" w14:textId="77777777" w:rsidR="00246614" w:rsidRDefault="00246614" w:rsidP="0024661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bookmarkStart w:id="8" w:name="_Toc244693656"/>
    </w:p>
    <w:p w14:paraId="5E9B63C7" w14:textId="6EB96344" w:rsidR="003D025F" w:rsidRDefault="00D10168" w:rsidP="00C34995">
      <w:pPr>
        <w:pStyle w:val="Heading2"/>
      </w:pPr>
      <w:r w:rsidRPr="00072D74">
        <w:t xml:space="preserve">1b.2. </w:t>
      </w:r>
      <w:proofErr w:type="spellStart"/>
      <w:r w:rsidRPr="00072D74">
        <w:t>Tankönyv</w:t>
      </w:r>
      <w:proofErr w:type="spellEnd"/>
      <w:r w:rsidRPr="00072D74">
        <w:t xml:space="preserve">-, </w:t>
      </w:r>
      <w:proofErr w:type="spellStart"/>
      <w:r w:rsidRPr="00072D74">
        <w:t>tananyagírási</w:t>
      </w:r>
      <w:proofErr w:type="spellEnd"/>
      <w:r w:rsidRPr="00072D74">
        <w:t xml:space="preserve"> </w:t>
      </w:r>
      <w:proofErr w:type="spellStart"/>
      <w:r w:rsidRPr="00072D74">
        <w:t>tevékenység</w:t>
      </w:r>
      <w:proofErr w:type="spellEnd"/>
      <w:r w:rsidRPr="00072D74">
        <w:t xml:space="preserve">, </w:t>
      </w:r>
      <w:proofErr w:type="spellStart"/>
      <w:r w:rsidRPr="00072D74">
        <w:t>eredményesség</w:t>
      </w:r>
      <w:bookmarkEnd w:id="8"/>
      <w:proofErr w:type="spellEnd"/>
    </w:p>
    <w:p w14:paraId="1CE6B216" w14:textId="7C64DD0C" w:rsidR="00670384" w:rsidRPr="00670384" w:rsidRDefault="00670384" w:rsidP="00657A69">
      <w:pPr>
        <w:pStyle w:val="Kitltsitmutat"/>
        <w:jc w:val="both"/>
        <w:rPr>
          <w:rFonts w:ascii="Times New Roman" w:hAnsi="Times New Roman" w:cs="Times New Roman"/>
          <w:color w:val="EE0000"/>
          <w:sz w:val="22"/>
          <w:szCs w:val="28"/>
        </w:rPr>
      </w:pP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Egyértelműen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jelezze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,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hogy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az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adott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művet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az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1b.2.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vagy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a 2a.1.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pontban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kéri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figyelembe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venni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.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Ugyanazon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könyv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mindkét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helyen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nem </w:t>
      </w:r>
      <w:proofErr w:type="spellStart"/>
      <w:r w:rsidRPr="00670384">
        <w:rPr>
          <w:rFonts w:ascii="Times New Roman" w:hAnsi="Times New Roman" w:cs="Times New Roman"/>
          <w:color w:val="EE0000"/>
          <w:sz w:val="22"/>
          <w:szCs w:val="28"/>
        </w:rPr>
        <w:t>számolható</w:t>
      </w:r>
      <w:proofErr w:type="spellEnd"/>
      <w:r w:rsidRPr="00670384">
        <w:rPr>
          <w:rFonts w:ascii="Times New Roman" w:hAnsi="Times New Roman" w:cs="Times New Roman"/>
          <w:color w:val="EE0000"/>
          <w:sz w:val="22"/>
          <w:szCs w:val="28"/>
        </w:rPr>
        <w:t xml:space="preserve"> el.</w:t>
      </w:r>
    </w:p>
    <w:p w14:paraId="5790CB65" w14:textId="77777777" w:rsidR="00670384" w:rsidRPr="001941BD" w:rsidRDefault="00670384" w:rsidP="00670384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68D7CE2F" w14:textId="77777777" w:rsidR="00670384" w:rsidRPr="001941BD" w:rsidRDefault="00670384" w:rsidP="00670384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3A0DE1E0" w14:textId="77777777" w:rsidR="00670384" w:rsidRPr="00FA4234" w:rsidRDefault="00670384" w:rsidP="0067038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419F316E" w14:textId="77777777" w:rsidR="00670384" w:rsidRPr="001941BD" w:rsidRDefault="00670384" w:rsidP="0067038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33827C0" w14:textId="77777777" w:rsidR="00670384" w:rsidRDefault="00670384" w:rsidP="00670384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6C599B9B" w14:textId="77777777" w:rsidR="00670384" w:rsidRPr="001941BD" w:rsidRDefault="00670384" w:rsidP="00670384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44B3859D" w14:textId="77777777" w:rsidR="00670384" w:rsidRPr="00FA4234" w:rsidRDefault="00670384" w:rsidP="0067038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4D757294" w14:textId="77777777" w:rsidR="0092513A" w:rsidRDefault="0092513A" w:rsidP="0067038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</w:p>
    <w:p w14:paraId="57BBD8A9" w14:textId="6C852E5E" w:rsidR="00670384" w:rsidRDefault="00670384" w:rsidP="00670384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 w:rsidR="00E9647A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E9647A">
        <w:rPr>
          <w:rFonts w:ascii="Times New Roman" w:hAnsi="Times New Roman" w:cs="Times New Roman"/>
          <w:i/>
          <w:iCs/>
          <w:color w:val="EE0000"/>
          <w:sz w:val="22"/>
        </w:rPr>
        <w:t>tankönyv</w:t>
      </w:r>
      <w:proofErr w:type="spellEnd"/>
      <w:r w:rsidR="00E9647A">
        <w:rPr>
          <w:rFonts w:ascii="Times New Roman" w:hAnsi="Times New Roman" w:cs="Times New Roman"/>
          <w:i/>
          <w:iCs/>
          <w:color w:val="EE0000"/>
          <w:sz w:val="22"/>
        </w:rPr>
        <w:t>-,</w:t>
      </w:r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tan</w:t>
      </w:r>
      <w:r w:rsidR="00E9647A">
        <w:rPr>
          <w:rFonts w:ascii="Times New Roman" w:hAnsi="Times New Roman" w:cs="Times New Roman"/>
          <w:i/>
          <w:iCs/>
          <w:color w:val="EE0000"/>
          <w:sz w:val="22"/>
        </w:rPr>
        <w:t>anyagírási</w:t>
      </w:r>
      <w:proofErr w:type="spellEnd"/>
      <w:r w:rsidR="00E9647A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E9647A">
        <w:rPr>
          <w:rFonts w:ascii="Times New Roman" w:hAnsi="Times New Roman" w:cs="Times New Roman"/>
          <w:i/>
          <w:iCs/>
          <w:color w:val="EE0000"/>
          <w:sz w:val="22"/>
        </w:rPr>
        <w:t>tevékenység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98"/>
        <w:gridCol w:w="1847"/>
        <w:gridCol w:w="1488"/>
        <w:gridCol w:w="1309"/>
        <w:gridCol w:w="1309"/>
        <w:gridCol w:w="1562"/>
        <w:gridCol w:w="1349"/>
      </w:tblGrid>
      <w:tr w:rsidR="0092513A" w:rsidRPr="00A43ECA" w14:paraId="2D4C537F" w14:textId="52DCAB0D" w:rsidTr="0085253B">
        <w:tc>
          <w:tcPr>
            <w:tcW w:w="551" w:type="pct"/>
            <w:shd w:val="clear" w:color="auto" w:fill="D1AB66"/>
            <w:vAlign w:val="center"/>
          </w:tcPr>
          <w:p w14:paraId="12C6B10F" w14:textId="77777777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Sorszám</w:t>
            </w:r>
            <w:proofErr w:type="spellEnd"/>
          </w:p>
        </w:tc>
        <w:tc>
          <w:tcPr>
            <w:tcW w:w="927" w:type="pct"/>
            <w:shd w:val="clear" w:color="auto" w:fill="D1AB66"/>
            <w:vAlign w:val="center"/>
          </w:tcPr>
          <w:p w14:paraId="6B834DA2" w14:textId="2B1966D4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Mű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címe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és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típusa</w:t>
            </w:r>
            <w:proofErr w:type="spellEnd"/>
          </w:p>
        </w:tc>
        <w:tc>
          <w:tcPr>
            <w:tcW w:w="747" w:type="pct"/>
            <w:shd w:val="clear" w:color="auto" w:fill="D1AB66"/>
            <w:vAlign w:val="center"/>
          </w:tcPr>
          <w:p w14:paraId="259F9DD6" w14:textId="77777777" w:rsidR="00BB1622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Megjelenés</w:t>
            </w:r>
            <w:proofErr w:type="spellEnd"/>
            <w:r w:rsidR="00BB1622" w:rsidRPr="00A43ECA">
              <w:rPr>
                <w:rFonts w:ascii="Times New Roman" w:hAnsi="Times New Roman" w:cs="Times New Roman"/>
                <w:b/>
                <w:sz w:val="22"/>
              </w:rPr>
              <w:t>,</w:t>
            </w:r>
          </w:p>
          <w:p w14:paraId="2746411B" w14:textId="164D115B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azonosító</w:t>
            </w:r>
            <w:proofErr w:type="spellEnd"/>
          </w:p>
        </w:tc>
        <w:tc>
          <w:tcPr>
            <w:tcW w:w="657" w:type="pct"/>
            <w:shd w:val="clear" w:color="auto" w:fill="D1AB66"/>
            <w:vAlign w:val="center"/>
          </w:tcPr>
          <w:p w14:paraId="4D3C6906" w14:textId="198C5E30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Teljes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terjedelem</w:t>
            </w:r>
            <w:proofErr w:type="spellEnd"/>
          </w:p>
        </w:tc>
        <w:tc>
          <w:tcPr>
            <w:tcW w:w="657" w:type="pct"/>
            <w:shd w:val="clear" w:color="auto" w:fill="D1AB66"/>
            <w:vAlign w:val="center"/>
          </w:tcPr>
          <w:p w14:paraId="2195D835" w14:textId="66B2669C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Saját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terjedelem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/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arány</w:t>
            </w:r>
            <w:proofErr w:type="spellEnd"/>
          </w:p>
        </w:tc>
        <w:tc>
          <w:tcPr>
            <w:tcW w:w="784" w:type="pct"/>
            <w:shd w:val="clear" w:color="auto" w:fill="D1AB66"/>
            <w:vAlign w:val="center"/>
          </w:tcPr>
          <w:p w14:paraId="0C94389B" w14:textId="1D4FC7FD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Felsőoktatási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alkalmazás</w:t>
            </w:r>
            <w:proofErr w:type="spellEnd"/>
          </w:p>
        </w:tc>
        <w:tc>
          <w:tcPr>
            <w:tcW w:w="677" w:type="pct"/>
            <w:shd w:val="clear" w:color="auto" w:fill="D1AB66"/>
            <w:vAlign w:val="center"/>
          </w:tcPr>
          <w:p w14:paraId="769AEF61" w14:textId="016C3215" w:rsidR="0092513A" w:rsidRPr="00A43ECA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Hozzáférés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/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igazolás</w:t>
            </w:r>
            <w:proofErr w:type="spellEnd"/>
          </w:p>
        </w:tc>
      </w:tr>
      <w:tr w:rsidR="0092513A" w:rsidRPr="00BB1622" w14:paraId="58726AB1" w14:textId="3F232FA0" w:rsidTr="0085253B">
        <w:tc>
          <w:tcPr>
            <w:tcW w:w="551" w:type="pct"/>
            <w:vAlign w:val="center"/>
          </w:tcPr>
          <w:p w14:paraId="642C0A06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pct"/>
            <w:vAlign w:val="center"/>
          </w:tcPr>
          <w:p w14:paraId="08896EAF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" w:type="pct"/>
            <w:vAlign w:val="center"/>
          </w:tcPr>
          <w:p w14:paraId="1B67F5A2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14:paraId="7E471B51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14:paraId="08EFFFF8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pct"/>
            <w:vAlign w:val="center"/>
          </w:tcPr>
          <w:p w14:paraId="7A3B8536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Align w:val="center"/>
          </w:tcPr>
          <w:p w14:paraId="43E6E0F8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13A" w:rsidRPr="00BB1622" w14:paraId="4CA5F002" w14:textId="77DCA633" w:rsidTr="0085253B">
        <w:tc>
          <w:tcPr>
            <w:tcW w:w="551" w:type="pct"/>
            <w:vAlign w:val="center"/>
          </w:tcPr>
          <w:p w14:paraId="3873EEBB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pct"/>
            <w:vAlign w:val="center"/>
          </w:tcPr>
          <w:p w14:paraId="529A3B06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" w:type="pct"/>
            <w:vAlign w:val="center"/>
          </w:tcPr>
          <w:p w14:paraId="01D72CC6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14:paraId="36DD685E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14:paraId="66F9C014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pct"/>
            <w:vAlign w:val="center"/>
          </w:tcPr>
          <w:p w14:paraId="164ABF9F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Align w:val="center"/>
          </w:tcPr>
          <w:p w14:paraId="66E0F1D4" w14:textId="77777777" w:rsidR="0092513A" w:rsidRPr="00BB1622" w:rsidRDefault="0092513A" w:rsidP="00993FF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17BE31" w14:textId="77777777" w:rsidR="00246614" w:rsidRDefault="00246614" w:rsidP="00246614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bookmarkStart w:id="9" w:name="_Toc244693657"/>
    </w:p>
    <w:p w14:paraId="30D32A25" w14:textId="4455947D" w:rsidR="003D025F" w:rsidRDefault="00D10168" w:rsidP="00710BC3">
      <w:pPr>
        <w:pStyle w:val="Heading1"/>
      </w:pPr>
      <w:r w:rsidRPr="00072D74">
        <w:t>II. TUDOMÁNYOS/MŰVÉSZETI TEVÉKENYSÉG</w:t>
      </w:r>
      <w:bookmarkEnd w:id="9"/>
    </w:p>
    <w:p w14:paraId="790C5910" w14:textId="6B7C5582" w:rsidR="00D37802" w:rsidRDefault="00D37802" w:rsidP="00D37802">
      <w:pPr>
        <w:tabs>
          <w:tab w:val="left" w:pos="6237"/>
          <w:tab w:val="left" w:leader="underscore" w:pos="9072"/>
        </w:tabs>
        <w:spacing w:after="120" w:line="240" w:lineRule="auto"/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A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pályázatban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bemutatott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1552DF">
        <w:rPr>
          <w:rFonts w:ascii="Times New Roman" w:hAnsi="Times New Roman" w:cs="Times New Roman"/>
          <w:i/>
          <w:iCs/>
          <w:color w:val="EE0000"/>
          <w:sz w:val="22"/>
        </w:rPr>
        <w:t>tudományos</w:t>
      </w:r>
      <w:proofErr w:type="spellEnd"/>
      <w:r w:rsidR="001552DF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="001552DF">
        <w:rPr>
          <w:rFonts w:ascii="Times New Roman" w:hAnsi="Times New Roman" w:cs="Times New Roman"/>
          <w:i/>
          <w:iCs/>
          <w:color w:val="EE0000"/>
          <w:sz w:val="22"/>
        </w:rPr>
        <w:t>művészeti</w:t>
      </w:r>
      <w:proofErr w:type="spellEnd"/>
      <w:r w:rsidR="001552DF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="001552DF">
        <w:rPr>
          <w:rFonts w:ascii="Times New Roman" w:hAnsi="Times New Roman" w:cs="Times New Roman"/>
          <w:i/>
          <w:iCs/>
          <w:color w:val="EE0000"/>
          <w:sz w:val="22"/>
        </w:rPr>
        <w:t>kutatási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teljesítmények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értékelése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során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ugyanazon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eredmény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vagy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teljesítmény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kizárólag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egy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értékelési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szempont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alapján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vehető</w:t>
      </w:r>
      <w:proofErr w:type="spellEnd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CB6E39">
        <w:rPr>
          <w:rFonts w:ascii="Times New Roman" w:hAnsi="Times New Roman" w:cs="Times New Roman"/>
          <w:i/>
          <w:iCs/>
          <w:color w:val="EE0000"/>
          <w:sz w:val="22"/>
        </w:rPr>
        <w:t>figyelembe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7EB30A8C" w14:textId="061474B6" w:rsidR="00A60C93" w:rsidRDefault="00A60C93" w:rsidP="00B916CB">
      <w:pPr>
        <w:jc w:val="both"/>
        <w:rPr>
          <w:rFonts w:ascii="Times New Roman" w:hAnsi="Times New Roman" w:cs="Times New Roman"/>
          <w:i/>
          <w:iCs/>
          <w:color w:val="EE0000"/>
          <w:sz w:val="22"/>
          <w:szCs w:val="28"/>
        </w:rPr>
      </w:pPr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A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pályázónak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minden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fejezetben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az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ETKR,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valamint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a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választott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tudományterülethez</w:t>
      </w:r>
      <w:proofErr w:type="spellEnd"/>
      <w:r w:rsidR="00F64C41">
        <w:rPr>
          <w:rFonts w:ascii="Times New Roman" w:hAnsi="Times New Roman" w:cs="Times New Roman"/>
          <w:i/>
          <w:iCs/>
          <w:color w:val="EE0000"/>
          <w:sz w:val="22"/>
          <w:szCs w:val="28"/>
        </w:rPr>
        <w:t>/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tudományághoz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tartozó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hatályos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értékelő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lap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követelményei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szerint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kell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bemutatnia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teljesítményét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.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Több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tudományág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esetén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a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teljesítményeket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tudományáganként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egyértelműen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el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kell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 xml:space="preserve"> </w:t>
      </w:r>
      <w:proofErr w:type="spellStart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különíteni</w:t>
      </w:r>
      <w:proofErr w:type="spellEnd"/>
      <w:r w:rsidRPr="00B916CB">
        <w:rPr>
          <w:rFonts w:ascii="Times New Roman" w:hAnsi="Times New Roman" w:cs="Times New Roman"/>
          <w:i/>
          <w:iCs/>
          <w:color w:val="EE0000"/>
          <w:sz w:val="22"/>
          <w:szCs w:val="28"/>
        </w:rPr>
        <w:t>.</w:t>
      </w:r>
    </w:p>
    <w:p w14:paraId="1621055C" w14:textId="4DC4A76F" w:rsidR="00D37802" w:rsidRPr="00A760E5" w:rsidRDefault="00F113F1" w:rsidP="00B916CB">
      <w:pPr>
        <w:jc w:val="both"/>
        <w:rPr>
          <w:rFonts w:ascii="Times New Roman" w:hAnsi="Times New Roman" w:cs="Times New Roman"/>
          <w:i/>
          <w:iCs/>
          <w:color w:val="EE0000"/>
          <w:sz w:val="22"/>
          <w:szCs w:val="24"/>
        </w:rPr>
      </w:pP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Formátum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: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normál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margó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(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alsó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felső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bal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és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jobb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oldali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margó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2,5 cm), Times New Roman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betűtípus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12-es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betűméret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szimpla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sorköz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,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maximális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oldalszám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gram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a</w:t>
      </w:r>
      <w:proofErr w:type="gram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II.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Tudományos</w:t>
      </w:r>
      <w:proofErr w:type="spellEnd"/>
      <w:r w:rsidR="00B6722D">
        <w:rPr>
          <w:rFonts w:ascii="Times New Roman" w:hAnsi="Times New Roman" w:cs="Times New Roman"/>
          <w:i/>
          <w:iCs/>
          <w:color w:val="EE0000"/>
          <w:sz w:val="22"/>
          <w:szCs w:val="24"/>
        </w:rPr>
        <w:t>/</w:t>
      </w:r>
      <w:proofErr w:type="spellStart"/>
      <w:r w:rsidR="00B6722D">
        <w:rPr>
          <w:rFonts w:ascii="Times New Roman" w:hAnsi="Times New Roman" w:cs="Times New Roman"/>
          <w:i/>
          <w:iCs/>
          <w:color w:val="EE0000"/>
          <w:sz w:val="22"/>
          <w:szCs w:val="24"/>
        </w:rPr>
        <w:t>művészeti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tevékenység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bemutatására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 xml:space="preserve">: 30 </w:t>
      </w:r>
      <w:proofErr w:type="spellStart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oldal</w:t>
      </w:r>
      <w:proofErr w:type="spellEnd"/>
      <w:r w:rsidRPr="00A760E5">
        <w:rPr>
          <w:rFonts w:ascii="Times New Roman" w:hAnsi="Times New Roman" w:cs="Times New Roman"/>
          <w:i/>
          <w:iCs/>
          <w:color w:val="EE0000"/>
          <w:sz w:val="22"/>
          <w:szCs w:val="24"/>
        </w:rPr>
        <w:t>.</w:t>
      </w:r>
    </w:p>
    <w:p w14:paraId="30049706" w14:textId="3E0AD770" w:rsidR="003D025F" w:rsidRDefault="00D10168" w:rsidP="00C34995">
      <w:pPr>
        <w:pStyle w:val="Heading2"/>
      </w:pPr>
      <w:bookmarkStart w:id="10" w:name="_Toc244693658"/>
      <w:r w:rsidRPr="00072D74">
        <w:t xml:space="preserve">2a.1. </w:t>
      </w:r>
      <w:proofErr w:type="spellStart"/>
      <w:r w:rsidRPr="00072D74">
        <w:t>Kiemelkedő</w:t>
      </w:r>
      <w:proofErr w:type="spellEnd"/>
      <w:r w:rsidRPr="00072D74">
        <w:t xml:space="preserve"> </w:t>
      </w:r>
      <w:proofErr w:type="spellStart"/>
      <w:r w:rsidRPr="00072D74">
        <w:t>tudományos</w:t>
      </w:r>
      <w:proofErr w:type="spellEnd"/>
      <w:r w:rsidRPr="00072D74">
        <w:t xml:space="preserve">, </w:t>
      </w:r>
      <w:proofErr w:type="spellStart"/>
      <w:r w:rsidRPr="00072D74">
        <w:t>kutatói</w:t>
      </w:r>
      <w:proofErr w:type="spellEnd"/>
      <w:r w:rsidR="0097408F">
        <w:t>/</w:t>
      </w:r>
      <w:proofErr w:type="spellStart"/>
      <w:r w:rsidRPr="00072D74">
        <w:t>művészeti</w:t>
      </w:r>
      <w:proofErr w:type="spellEnd"/>
      <w:r w:rsidRPr="00072D74">
        <w:t xml:space="preserve"> </w:t>
      </w:r>
      <w:proofErr w:type="spellStart"/>
      <w:r w:rsidRPr="00072D74">
        <w:t>tevékenység</w:t>
      </w:r>
      <w:bookmarkEnd w:id="10"/>
      <w:proofErr w:type="spellEnd"/>
    </w:p>
    <w:p w14:paraId="4F76ABAC" w14:textId="77777777" w:rsidR="0097408F" w:rsidRPr="001941BD" w:rsidRDefault="0097408F" w:rsidP="0097408F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16A4BF1A" w14:textId="77777777" w:rsidR="0097408F" w:rsidRPr="001941BD" w:rsidRDefault="0097408F" w:rsidP="0097408F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49440536" w14:textId="77777777" w:rsidR="0097408F" w:rsidRPr="00FA4234" w:rsidRDefault="0097408F" w:rsidP="0097408F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5188CE5E" w14:textId="77777777" w:rsidR="0097408F" w:rsidRPr="001941BD" w:rsidRDefault="0097408F" w:rsidP="0097408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861DF9E" w14:textId="77777777" w:rsidR="0097408F" w:rsidRDefault="0097408F" w:rsidP="0097408F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2DCC605B" w14:textId="77777777" w:rsidR="0097408F" w:rsidRPr="001941BD" w:rsidRDefault="0097408F" w:rsidP="0097408F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14994021" w14:textId="77777777" w:rsidR="0097408F" w:rsidRPr="00FA4234" w:rsidRDefault="0097408F" w:rsidP="0097408F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AA82D34" w14:textId="77777777" w:rsidR="009B53AA" w:rsidRPr="001941BD" w:rsidRDefault="009B53AA" w:rsidP="009B53A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439B845" w14:textId="26E1A8E6" w:rsidR="003D025F" w:rsidRDefault="00D10168" w:rsidP="00C34995">
      <w:pPr>
        <w:pStyle w:val="Heading2"/>
      </w:pPr>
      <w:bookmarkStart w:id="11" w:name="_Toc244693659"/>
      <w:r w:rsidRPr="00072D74">
        <w:t xml:space="preserve">2a.2. </w:t>
      </w:r>
      <w:proofErr w:type="spellStart"/>
      <w:r w:rsidRPr="00072D74">
        <w:t>Fiatal</w:t>
      </w:r>
      <w:proofErr w:type="spellEnd"/>
      <w:r w:rsidRPr="00072D74">
        <w:t xml:space="preserve"> </w:t>
      </w:r>
      <w:proofErr w:type="spellStart"/>
      <w:r w:rsidRPr="00072D74">
        <w:t>oktatók</w:t>
      </w:r>
      <w:proofErr w:type="spellEnd"/>
      <w:r w:rsidRPr="00072D74">
        <w:t xml:space="preserve">, </w:t>
      </w:r>
      <w:proofErr w:type="spellStart"/>
      <w:r w:rsidRPr="00072D74">
        <w:t>tanársegédek</w:t>
      </w:r>
      <w:proofErr w:type="spellEnd"/>
      <w:r w:rsidRPr="00072D74">
        <w:t xml:space="preserve"> </w:t>
      </w:r>
      <w:proofErr w:type="spellStart"/>
      <w:r w:rsidRPr="00072D74">
        <w:t>tudományos</w:t>
      </w:r>
      <w:proofErr w:type="spellEnd"/>
      <w:r w:rsidRPr="00072D74">
        <w:t>/</w:t>
      </w:r>
      <w:proofErr w:type="spellStart"/>
      <w:r w:rsidRPr="00072D74">
        <w:t>művészeti</w:t>
      </w:r>
      <w:proofErr w:type="spellEnd"/>
      <w:r w:rsidRPr="00072D74">
        <w:t xml:space="preserve"> </w:t>
      </w:r>
      <w:proofErr w:type="spellStart"/>
      <w:r w:rsidRPr="00072D74">
        <w:t>munkájának</w:t>
      </w:r>
      <w:proofErr w:type="spellEnd"/>
      <w:r w:rsidRPr="00072D74">
        <w:t xml:space="preserve"> </w:t>
      </w:r>
      <w:proofErr w:type="spellStart"/>
      <w:r w:rsidRPr="00072D74">
        <w:t>vezetése</w:t>
      </w:r>
      <w:proofErr w:type="spellEnd"/>
      <w:r w:rsidRPr="00072D74">
        <w:t xml:space="preserve">; </w:t>
      </w:r>
      <w:proofErr w:type="spellStart"/>
      <w:r w:rsidRPr="00072D74">
        <w:t>témavezet</w:t>
      </w:r>
      <w:r w:rsidR="00AB0B68">
        <w:t>ői</w:t>
      </w:r>
      <w:proofErr w:type="spellEnd"/>
      <w:r w:rsidR="00AB0B68">
        <w:t xml:space="preserve"> </w:t>
      </w:r>
      <w:proofErr w:type="spellStart"/>
      <w:r w:rsidR="00AB0B68">
        <w:t>részvétel</w:t>
      </w:r>
      <w:proofErr w:type="spellEnd"/>
      <w:r w:rsidR="00AB0B68">
        <w:t xml:space="preserve"> </w:t>
      </w:r>
      <w:proofErr w:type="spellStart"/>
      <w:r w:rsidR="00AB0B68">
        <w:t>doktori</w:t>
      </w:r>
      <w:proofErr w:type="spellEnd"/>
      <w:r w:rsidR="00AB0B68">
        <w:t xml:space="preserve"> </w:t>
      </w:r>
      <w:proofErr w:type="spellStart"/>
      <w:r w:rsidR="00AB0B68">
        <w:t>képzésben</w:t>
      </w:r>
      <w:bookmarkEnd w:id="11"/>
      <w:proofErr w:type="spellEnd"/>
    </w:p>
    <w:p w14:paraId="082564C6" w14:textId="77777777" w:rsidR="009B53AA" w:rsidRPr="001941BD" w:rsidRDefault="009B53AA" w:rsidP="009B53AA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1D97A22D" w14:textId="77777777" w:rsidR="009B53AA" w:rsidRPr="001941BD" w:rsidRDefault="009B53AA" w:rsidP="009B53AA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5D354C32" w14:textId="77777777" w:rsidR="009B53AA" w:rsidRPr="00FA4234" w:rsidRDefault="009B53AA" w:rsidP="009B53AA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60B90EAD" w14:textId="77777777" w:rsidR="009B53AA" w:rsidRPr="001941BD" w:rsidRDefault="009B53AA" w:rsidP="009B53A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674EDFF" w14:textId="77777777" w:rsidR="009B53AA" w:rsidRDefault="009B53AA" w:rsidP="009B53AA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3EDB1FBC" w14:textId="77777777" w:rsidR="009B53AA" w:rsidRPr="001941BD" w:rsidRDefault="009B53AA" w:rsidP="009B53AA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775D4FCD" w14:textId="77777777" w:rsidR="009B53AA" w:rsidRPr="00FA4234" w:rsidRDefault="009B53AA" w:rsidP="009B53AA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51CB69E0" w14:textId="77777777" w:rsidR="009B53AA" w:rsidRDefault="009B53AA" w:rsidP="009B53A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1264678" w14:textId="4A1E8FAF" w:rsidR="007C4E5A" w:rsidRDefault="007C4E5A" w:rsidP="007C4E5A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r w:rsidR="002C4EB8">
        <w:rPr>
          <w:rFonts w:ascii="Times New Roman" w:hAnsi="Times New Roman" w:cs="Times New Roman"/>
          <w:i/>
          <w:iCs/>
          <w:color w:val="EE0000"/>
          <w:sz w:val="22"/>
        </w:rPr>
        <w:t xml:space="preserve">a </w:t>
      </w:r>
      <w:proofErr w:type="spellStart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pályázó</w:t>
      </w:r>
      <w:proofErr w:type="spellEnd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vezetésével</w:t>
      </w:r>
      <w:proofErr w:type="spellEnd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doktori</w:t>
      </w:r>
      <w:proofErr w:type="spellEnd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fokozatot</w:t>
      </w:r>
      <w:proofErr w:type="spellEnd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szerzett</w:t>
      </w:r>
      <w:proofErr w:type="spellEnd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hallgató</w:t>
      </w:r>
      <w:proofErr w:type="spellEnd"/>
      <w:r w:rsidR="002C4EB8" w:rsidRPr="002C4EB8">
        <w:rPr>
          <w:rFonts w:ascii="Times New Roman" w:hAnsi="Times New Roman" w:cs="Times New Roman"/>
          <w:i/>
          <w:iCs/>
          <w:color w:val="EE0000"/>
          <w:sz w:val="22"/>
        </w:rPr>
        <w:t>(k)</w:t>
      </w:r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68"/>
        <w:gridCol w:w="2044"/>
        <w:gridCol w:w="1686"/>
        <w:gridCol w:w="1458"/>
        <w:gridCol w:w="1468"/>
        <w:gridCol w:w="2038"/>
      </w:tblGrid>
      <w:tr w:rsidR="009A0A1F" w:rsidRPr="00A43ECA" w14:paraId="3D309FB0" w14:textId="77777777" w:rsidTr="00E77826">
        <w:tc>
          <w:tcPr>
            <w:tcW w:w="636" w:type="pct"/>
            <w:shd w:val="clear" w:color="auto" w:fill="D1AB66"/>
            <w:vAlign w:val="center"/>
          </w:tcPr>
          <w:p w14:paraId="446A5D35" w14:textId="77777777" w:rsidR="009A0A1F" w:rsidRPr="00A43ECA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Sorszám</w:t>
            </w:r>
            <w:proofErr w:type="spellEnd"/>
          </w:p>
        </w:tc>
        <w:tc>
          <w:tcPr>
            <w:tcW w:w="1026" w:type="pct"/>
            <w:shd w:val="clear" w:color="auto" w:fill="D1AB66"/>
            <w:vAlign w:val="center"/>
          </w:tcPr>
          <w:p w14:paraId="3F869E82" w14:textId="4623A249" w:rsidR="009A0A1F" w:rsidRPr="00A43ECA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Név</w:t>
            </w:r>
            <w:proofErr w:type="spellEnd"/>
          </w:p>
        </w:tc>
        <w:tc>
          <w:tcPr>
            <w:tcW w:w="846" w:type="pct"/>
            <w:shd w:val="clear" w:color="auto" w:fill="D1AB66"/>
            <w:vAlign w:val="center"/>
          </w:tcPr>
          <w:p w14:paraId="67F80A85" w14:textId="54CDDFA2" w:rsidR="009A0A1F" w:rsidRPr="00A43ECA" w:rsidRDefault="009A0A1F" w:rsidP="00661C4C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Disszertáció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címe</w:t>
            </w:r>
            <w:proofErr w:type="spellEnd"/>
          </w:p>
        </w:tc>
        <w:tc>
          <w:tcPr>
            <w:tcW w:w="732" w:type="pct"/>
            <w:shd w:val="clear" w:color="auto" w:fill="D1AB66"/>
            <w:vAlign w:val="center"/>
          </w:tcPr>
          <w:p w14:paraId="31B86C41" w14:textId="02131915" w:rsidR="009A0A1F" w:rsidRPr="00A43ECA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Védés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évszáma</w:t>
            </w:r>
            <w:proofErr w:type="spellEnd"/>
          </w:p>
        </w:tc>
        <w:tc>
          <w:tcPr>
            <w:tcW w:w="737" w:type="pct"/>
            <w:shd w:val="clear" w:color="auto" w:fill="D1AB66"/>
            <w:vAlign w:val="center"/>
          </w:tcPr>
          <w:p w14:paraId="0B1DCE96" w14:textId="108F4D6C" w:rsidR="009A0A1F" w:rsidRPr="00A43ECA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DI neve</w:t>
            </w:r>
          </w:p>
        </w:tc>
        <w:tc>
          <w:tcPr>
            <w:tcW w:w="1023" w:type="pct"/>
            <w:shd w:val="clear" w:color="auto" w:fill="D1AB66"/>
            <w:vAlign w:val="center"/>
          </w:tcPr>
          <w:p w14:paraId="118B0339" w14:textId="41940EA4" w:rsidR="009A0A1F" w:rsidRPr="00A43ECA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A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pályázó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részvétele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(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témavezető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/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társtémavezető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… %-ban)</w:t>
            </w:r>
          </w:p>
        </w:tc>
      </w:tr>
      <w:tr w:rsidR="009A0A1F" w:rsidRPr="00BB1622" w14:paraId="1EADB95E" w14:textId="77777777" w:rsidTr="00E77826">
        <w:tc>
          <w:tcPr>
            <w:tcW w:w="636" w:type="pct"/>
            <w:vAlign w:val="center"/>
          </w:tcPr>
          <w:p w14:paraId="0D6AED6B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pct"/>
            <w:vAlign w:val="center"/>
          </w:tcPr>
          <w:p w14:paraId="5A22EA7A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Align w:val="center"/>
          </w:tcPr>
          <w:p w14:paraId="088A248A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vAlign w:val="center"/>
          </w:tcPr>
          <w:p w14:paraId="36A869EC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  <w:vAlign w:val="center"/>
          </w:tcPr>
          <w:p w14:paraId="75F44784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pct"/>
            <w:vAlign w:val="center"/>
          </w:tcPr>
          <w:p w14:paraId="3768896A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A1F" w:rsidRPr="00BB1622" w14:paraId="0DBF3800" w14:textId="77777777" w:rsidTr="00E77826">
        <w:tc>
          <w:tcPr>
            <w:tcW w:w="636" w:type="pct"/>
            <w:vAlign w:val="center"/>
          </w:tcPr>
          <w:p w14:paraId="09AD0AEB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pct"/>
            <w:vAlign w:val="center"/>
          </w:tcPr>
          <w:p w14:paraId="4E887C96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Align w:val="center"/>
          </w:tcPr>
          <w:p w14:paraId="65206E91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vAlign w:val="center"/>
          </w:tcPr>
          <w:p w14:paraId="283E95FB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  <w:vAlign w:val="center"/>
          </w:tcPr>
          <w:p w14:paraId="040C87D8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pct"/>
            <w:vAlign w:val="center"/>
          </w:tcPr>
          <w:p w14:paraId="6FC40BC9" w14:textId="77777777" w:rsidR="009A0A1F" w:rsidRPr="00BB1622" w:rsidRDefault="009A0A1F" w:rsidP="00C3143A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FD0290" w14:textId="77777777" w:rsidR="00E77826" w:rsidRDefault="00E77826" w:rsidP="00E77826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bookmarkStart w:id="12" w:name="_Toc244693660"/>
    </w:p>
    <w:p w14:paraId="3D97A5E0" w14:textId="1BB33254" w:rsidR="00F50FE6" w:rsidRDefault="00F50FE6" w:rsidP="00F50FE6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a </w:t>
      </w:r>
      <w:proofErr w:type="spellStart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>pályázó</w:t>
      </w:r>
      <w:proofErr w:type="spellEnd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által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vezetett</w:t>
      </w:r>
      <w:proofErr w:type="spellEnd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>doktori</w:t>
      </w:r>
      <w:proofErr w:type="spellEnd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>hallgató</w:t>
      </w:r>
      <w:proofErr w:type="spellEnd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>(k)</w:t>
      </w:r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63"/>
        <w:gridCol w:w="2040"/>
        <w:gridCol w:w="1707"/>
        <w:gridCol w:w="1454"/>
        <w:gridCol w:w="1464"/>
        <w:gridCol w:w="2034"/>
      </w:tblGrid>
      <w:tr w:rsidR="00F50FE6" w:rsidRPr="00A43ECA" w14:paraId="630EC96A" w14:textId="77777777">
        <w:tc>
          <w:tcPr>
            <w:tcW w:w="636" w:type="pct"/>
            <w:shd w:val="clear" w:color="auto" w:fill="D1AB66"/>
            <w:vAlign w:val="center"/>
          </w:tcPr>
          <w:p w14:paraId="7DC3588A" w14:textId="77777777" w:rsidR="00F50FE6" w:rsidRPr="00A43ECA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Sorszám</w:t>
            </w:r>
            <w:proofErr w:type="spellEnd"/>
          </w:p>
        </w:tc>
        <w:tc>
          <w:tcPr>
            <w:tcW w:w="1026" w:type="pct"/>
            <w:shd w:val="clear" w:color="auto" w:fill="D1AB66"/>
            <w:vAlign w:val="center"/>
          </w:tcPr>
          <w:p w14:paraId="4A28A1FD" w14:textId="77777777" w:rsidR="00F50FE6" w:rsidRPr="00A43ECA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Név</w:t>
            </w:r>
            <w:proofErr w:type="spellEnd"/>
          </w:p>
        </w:tc>
        <w:tc>
          <w:tcPr>
            <w:tcW w:w="846" w:type="pct"/>
            <w:shd w:val="clear" w:color="auto" w:fill="D1AB66"/>
            <w:vAlign w:val="center"/>
          </w:tcPr>
          <w:p w14:paraId="13DB4A7E" w14:textId="38894A6F" w:rsidR="00F50FE6" w:rsidRPr="00A43ECA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Abszolutórium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megszerzésének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 (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várható</w:t>
            </w:r>
            <w:proofErr w:type="spellEnd"/>
            <w:r w:rsidRPr="00A43ECA">
              <w:rPr>
                <w:rFonts w:ascii="Times New Roman" w:hAnsi="Times New Roman" w:cs="Times New Roman"/>
                <w:b/>
                <w:sz w:val="22"/>
              </w:rPr>
              <w:t xml:space="preserve">) </w:t>
            </w:r>
            <w:proofErr w:type="spellStart"/>
            <w:r w:rsidRPr="00A43ECA">
              <w:rPr>
                <w:rFonts w:ascii="Times New Roman" w:hAnsi="Times New Roman" w:cs="Times New Roman"/>
                <w:b/>
                <w:sz w:val="22"/>
              </w:rPr>
              <w:t>évszáma</w:t>
            </w:r>
            <w:proofErr w:type="spellEnd"/>
          </w:p>
        </w:tc>
        <w:tc>
          <w:tcPr>
            <w:tcW w:w="732" w:type="pct"/>
            <w:shd w:val="clear" w:color="auto" w:fill="D1AB66"/>
            <w:vAlign w:val="center"/>
          </w:tcPr>
          <w:p w14:paraId="5EC5869C" w14:textId="4C04DC7B" w:rsidR="00F50FE6" w:rsidRPr="00A43ECA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Védés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várható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évszáma</w:t>
            </w:r>
            <w:proofErr w:type="spellEnd"/>
          </w:p>
        </w:tc>
        <w:tc>
          <w:tcPr>
            <w:tcW w:w="737" w:type="pct"/>
            <w:shd w:val="clear" w:color="auto" w:fill="D1AB66"/>
            <w:vAlign w:val="center"/>
          </w:tcPr>
          <w:p w14:paraId="5AC9E969" w14:textId="77777777" w:rsidR="00F50FE6" w:rsidRPr="00A43ECA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DI neve</w:t>
            </w:r>
          </w:p>
        </w:tc>
        <w:tc>
          <w:tcPr>
            <w:tcW w:w="1023" w:type="pct"/>
            <w:shd w:val="clear" w:color="auto" w:fill="D1AB66"/>
            <w:vAlign w:val="center"/>
          </w:tcPr>
          <w:p w14:paraId="0F0C39B7" w14:textId="77777777" w:rsidR="00F50FE6" w:rsidRPr="00A43ECA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A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pályázó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részvétele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(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témavezető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/ </w:t>
            </w:r>
            <w:proofErr w:type="spellStart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>társtémavezető</w:t>
            </w:r>
            <w:proofErr w:type="spellEnd"/>
            <w:r w:rsidRPr="00A43ECA">
              <w:rPr>
                <w:rFonts w:ascii="Times New Roman" w:hAnsi="Times New Roman" w:cs="Times New Roman"/>
                <w:b/>
                <w:bCs/>
                <w:sz w:val="22"/>
              </w:rPr>
              <w:t xml:space="preserve"> … %-ban)</w:t>
            </w:r>
          </w:p>
        </w:tc>
      </w:tr>
      <w:tr w:rsidR="00F50FE6" w:rsidRPr="00BB1622" w14:paraId="1DF13A59" w14:textId="77777777">
        <w:tc>
          <w:tcPr>
            <w:tcW w:w="636" w:type="pct"/>
            <w:vAlign w:val="center"/>
          </w:tcPr>
          <w:p w14:paraId="4951E097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pct"/>
            <w:vAlign w:val="center"/>
          </w:tcPr>
          <w:p w14:paraId="6521EF13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Align w:val="center"/>
          </w:tcPr>
          <w:p w14:paraId="61DD8D28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vAlign w:val="center"/>
          </w:tcPr>
          <w:p w14:paraId="0B7D2EE5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  <w:vAlign w:val="center"/>
          </w:tcPr>
          <w:p w14:paraId="5C7CC83A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pct"/>
            <w:vAlign w:val="center"/>
          </w:tcPr>
          <w:p w14:paraId="3A1A4C63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FE6" w:rsidRPr="00BB1622" w14:paraId="58DB9438" w14:textId="77777777">
        <w:tc>
          <w:tcPr>
            <w:tcW w:w="636" w:type="pct"/>
            <w:vAlign w:val="center"/>
          </w:tcPr>
          <w:p w14:paraId="4A582DA4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pct"/>
            <w:vAlign w:val="center"/>
          </w:tcPr>
          <w:p w14:paraId="33DBC718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Align w:val="center"/>
          </w:tcPr>
          <w:p w14:paraId="1171A762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vAlign w:val="center"/>
          </w:tcPr>
          <w:p w14:paraId="502F0EE7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  <w:vAlign w:val="center"/>
          </w:tcPr>
          <w:p w14:paraId="385B8584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pct"/>
            <w:vAlign w:val="center"/>
          </w:tcPr>
          <w:p w14:paraId="2A1DEB60" w14:textId="77777777" w:rsidR="00F50FE6" w:rsidRPr="00BB1622" w:rsidRDefault="00F50FE6">
            <w:pPr>
              <w:tabs>
                <w:tab w:val="left" w:pos="6237"/>
                <w:tab w:val="left" w:leader="underscore" w:pos="9072"/>
              </w:tabs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B6819F" w14:textId="77777777" w:rsidR="00F50FE6" w:rsidRDefault="00F50FE6" w:rsidP="00E77826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</w:p>
    <w:p w14:paraId="1A5692E6" w14:textId="7EB4A00A" w:rsidR="003D025F" w:rsidRPr="00072D74" w:rsidRDefault="00D10168" w:rsidP="00C34995">
      <w:pPr>
        <w:pStyle w:val="Heading2"/>
      </w:pPr>
      <w:r w:rsidRPr="00072D74">
        <w:t xml:space="preserve">2b.1. </w:t>
      </w:r>
      <w:proofErr w:type="spellStart"/>
      <w:r w:rsidRPr="00072D74">
        <w:t>Kutatásszervezési</w:t>
      </w:r>
      <w:proofErr w:type="spellEnd"/>
      <w:r w:rsidRPr="00072D74">
        <w:t xml:space="preserve"> </w:t>
      </w:r>
      <w:proofErr w:type="spellStart"/>
      <w:r w:rsidRPr="00072D74">
        <w:t>tapasztalat</w:t>
      </w:r>
      <w:proofErr w:type="spellEnd"/>
      <w:r w:rsidRPr="00072D74">
        <w:t xml:space="preserve">, </w:t>
      </w:r>
      <w:proofErr w:type="spellStart"/>
      <w:r w:rsidRPr="00072D74">
        <w:t>eredményesség</w:t>
      </w:r>
      <w:bookmarkEnd w:id="12"/>
      <w:proofErr w:type="spellEnd"/>
    </w:p>
    <w:p w14:paraId="026D5060" w14:textId="77777777" w:rsidR="00E05C42" w:rsidRPr="001941BD" w:rsidRDefault="00E05C42" w:rsidP="00E05C42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36B11FC2" w14:textId="77777777" w:rsidR="00E05C42" w:rsidRPr="001941BD" w:rsidRDefault="00E05C42" w:rsidP="00E05C42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441C27C0" w14:textId="77777777" w:rsidR="00E05C42" w:rsidRPr="00FA4234" w:rsidRDefault="00E05C42" w:rsidP="00E05C42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072DCC2B" w14:textId="77777777" w:rsidR="00E05C42" w:rsidRPr="001941BD" w:rsidRDefault="00E05C42" w:rsidP="00E05C4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2FE31D1" w14:textId="77777777" w:rsidR="00E05C42" w:rsidRDefault="00E05C42" w:rsidP="00E05C42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6CC9C822" w14:textId="77777777" w:rsidR="00E05C42" w:rsidRPr="001941BD" w:rsidRDefault="00E05C42" w:rsidP="00E05C42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140FBCD0" w14:textId="77777777" w:rsidR="00E05C42" w:rsidRPr="00FA4234" w:rsidRDefault="00E05C42" w:rsidP="00E05C42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3ACB36BA" w14:textId="77777777" w:rsidR="00E05C42" w:rsidRDefault="00E05C42" w:rsidP="00E05C4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F5D7070" w14:textId="2545406E" w:rsidR="00006473" w:rsidRDefault="00006473" w:rsidP="00006473">
      <w:pPr>
        <w:tabs>
          <w:tab w:val="left" w:pos="6237"/>
          <w:tab w:val="left" w:leader="underscore" w:pos="9072"/>
        </w:tabs>
        <w:spacing w:after="120" w:line="240" w:lineRule="auto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Minta</w:t>
      </w:r>
      <w:r>
        <w:rPr>
          <w:rFonts w:ascii="Times New Roman" w:hAnsi="Times New Roman" w:cs="Times New Roman"/>
          <w:i/>
          <w:iCs/>
          <w:color w:val="EE0000"/>
          <w:sz w:val="22"/>
        </w:rPr>
        <w:t>táblázat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a </w:t>
      </w:r>
      <w:proofErr w:type="spellStart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>pályázó</w:t>
      </w:r>
      <w:proofErr w:type="spellEnd"/>
      <w:r w:rsidRPr="002C4EB8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pályázati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tevékenységének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bemutatás</w:t>
      </w:r>
      <w:r>
        <w:rPr>
          <w:rFonts w:ascii="Times New Roman" w:hAnsi="Times New Roman" w:cs="Times New Roman"/>
          <w:i/>
          <w:iCs/>
          <w:color w:val="EE0000"/>
          <w:sz w:val="22"/>
        </w:rPr>
        <w:t>á</w:t>
      </w:r>
      <w:r w:rsidRPr="00410143">
        <w:rPr>
          <w:rFonts w:ascii="Times New Roman" w:hAnsi="Times New Roman" w:cs="Times New Roman"/>
          <w:i/>
          <w:iCs/>
          <w:color w:val="EE0000"/>
          <w:sz w:val="22"/>
        </w:rPr>
        <w:t>hoz</w:t>
      </w:r>
      <w:proofErr w:type="spellEnd"/>
      <w:r w:rsidRPr="00410143">
        <w:rPr>
          <w:rFonts w:ascii="Times New Roman" w:hAnsi="Times New Roman" w:cs="Times New Roman"/>
          <w:i/>
          <w:iCs/>
          <w:color w:val="EE0000"/>
          <w:sz w:val="22"/>
        </w:rPr>
        <w:t>:</w:t>
      </w:r>
    </w:p>
    <w:tbl>
      <w:tblPr>
        <w:tblStyle w:val="Rcsostblzat1"/>
        <w:tblW w:w="5000" w:type="pct"/>
        <w:tblLook w:val="04A0" w:firstRow="1" w:lastRow="0" w:firstColumn="1" w:lastColumn="0" w:noHBand="0" w:noVBand="1"/>
      </w:tblPr>
      <w:tblGrid>
        <w:gridCol w:w="809"/>
        <w:gridCol w:w="1512"/>
        <w:gridCol w:w="1076"/>
        <w:gridCol w:w="1044"/>
        <w:gridCol w:w="1277"/>
        <w:gridCol w:w="1413"/>
        <w:gridCol w:w="2831"/>
      </w:tblGrid>
      <w:tr w:rsidR="00794E03" w:rsidRPr="006177F3" w14:paraId="7A500DB7" w14:textId="77777777" w:rsidTr="006177F3">
        <w:tc>
          <w:tcPr>
            <w:tcW w:w="406" w:type="pct"/>
            <w:vMerge w:val="restart"/>
            <w:shd w:val="clear" w:color="auto" w:fill="D1AB66"/>
            <w:vAlign w:val="center"/>
          </w:tcPr>
          <w:p w14:paraId="2FA248C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Sor-szám</w:t>
            </w:r>
          </w:p>
        </w:tc>
        <w:tc>
          <w:tcPr>
            <w:tcW w:w="3173" w:type="pct"/>
            <w:gridSpan w:val="5"/>
            <w:shd w:val="clear" w:color="auto" w:fill="D1AB66"/>
            <w:vAlign w:val="center"/>
          </w:tcPr>
          <w:p w14:paraId="7FCE8082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Pályázat</w:t>
            </w:r>
          </w:p>
        </w:tc>
        <w:tc>
          <w:tcPr>
            <w:tcW w:w="1421" w:type="pct"/>
            <w:vMerge w:val="restart"/>
            <w:shd w:val="clear" w:color="auto" w:fill="D1AB66"/>
            <w:vAlign w:val="center"/>
          </w:tcPr>
          <w:p w14:paraId="3024FE5A" w14:textId="6F18F68B" w:rsidR="00794E03" w:rsidRPr="006177F3" w:rsidRDefault="00794E03" w:rsidP="004008E0">
            <w:pPr>
              <w:tabs>
                <w:tab w:val="left" w:pos="6237"/>
                <w:tab w:val="left" w:leader="underscore" w:pos="9072"/>
              </w:tabs>
              <w:spacing w:before="60" w:after="0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bCs/>
                <w:sz w:val="22"/>
              </w:rPr>
              <w:t>A pályázó részvétele</w:t>
            </w:r>
          </w:p>
          <w:p w14:paraId="163E97BE" w14:textId="013C3A9A" w:rsidR="00794E03" w:rsidRPr="006177F3" w:rsidRDefault="00794E03" w:rsidP="004008E0">
            <w:pPr>
              <w:spacing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bCs/>
                <w:sz w:val="22"/>
              </w:rPr>
              <w:t>(témavezető, résztvevő kutató stb.)</w:t>
            </w:r>
          </w:p>
        </w:tc>
      </w:tr>
      <w:tr w:rsidR="00794E03" w:rsidRPr="006177F3" w14:paraId="79F055AB" w14:textId="77777777" w:rsidTr="006177F3">
        <w:trPr>
          <w:trHeight w:val="324"/>
        </w:trPr>
        <w:tc>
          <w:tcPr>
            <w:tcW w:w="406" w:type="pct"/>
            <w:vMerge/>
            <w:shd w:val="clear" w:color="auto" w:fill="D1AB66"/>
            <w:vAlign w:val="center"/>
          </w:tcPr>
          <w:p w14:paraId="6C2B206F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59" w:type="pct"/>
            <w:vMerge w:val="restart"/>
            <w:shd w:val="clear" w:color="auto" w:fill="D1AB66"/>
            <w:vAlign w:val="center"/>
          </w:tcPr>
          <w:p w14:paraId="4D884560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Kiírója és azonosítója</w:t>
            </w:r>
          </w:p>
        </w:tc>
        <w:tc>
          <w:tcPr>
            <w:tcW w:w="540" w:type="pct"/>
            <w:vMerge w:val="restart"/>
            <w:shd w:val="clear" w:color="auto" w:fill="D1AB66"/>
            <w:vAlign w:val="center"/>
          </w:tcPr>
          <w:p w14:paraId="7FDA41DF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Címe</w:t>
            </w:r>
          </w:p>
        </w:tc>
        <w:tc>
          <w:tcPr>
            <w:tcW w:w="1165" w:type="pct"/>
            <w:gridSpan w:val="2"/>
            <w:shd w:val="clear" w:color="auto" w:fill="D1AB66"/>
            <w:vAlign w:val="center"/>
          </w:tcPr>
          <w:p w14:paraId="731E0B9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Év</w:t>
            </w:r>
          </w:p>
        </w:tc>
        <w:tc>
          <w:tcPr>
            <w:tcW w:w="709" w:type="pct"/>
            <w:vMerge w:val="restart"/>
            <w:shd w:val="clear" w:color="auto" w:fill="D1AB66"/>
            <w:vAlign w:val="center"/>
          </w:tcPr>
          <w:p w14:paraId="62AF51D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Elnyert összeg (</w:t>
            </w:r>
            <w:proofErr w:type="spellStart"/>
            <w:r w:rsidRPr="006177F3">
              <w:rPr>
                <w:rFonts w:ascii="Times New Roman" w:hAnsi="Times New Roman" w:cs="Times New Roman"/>
                <w:b/>
                <w:sz w:val="22"/>
              </w:rPr>
              <w:t>eFt</w:t>
            </w:r>
            <w:proofErr w:type="spellEnd"/>
            <w:r w:rsidRPr="006177F3">
              <w:rPr>
                <w:rFonts w:ascii="Times New Roman" w:hAnsi="Times New Roman" w:cs="Times New Roman"/>
                <w:b/>
                <w:sz w:val="22"/>
              </w:rPr>
              <w:t>/EUR)</w:t>
            </w:r>
          </w:p>
        </w:tc>
        <w:tc>
          <w:tcPr>
            <w:tcW w:w="1421" w:type="pct"/>
            <w:vMerge/>
            <w:shd w:val="clear" w:color="auto" w:fill="D1AB66"/>
            <w:vAlign w:val="center"/>
          </w:tcPr>
          <w:p w14:paraId="7AE3383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794E03" w:rsidRPr="006177F3" w14:paraId="28778143" w14:textId="77777777" w:rsidTr="006177F3">
        <w:trPr>
          <w:trHeight w:val="324"/>
        </w:trPr>
        <w:tc>
          <w:tcPr>
            <w:tcW w:w="406" w:type="pct"/>
            <w:vMerge/>
            <w:shd w:val="clear" w:color="auto" w:fill="D1AB66"/>
            <w:vAlign w:val="center"/>
          </w:tcPr>
          <w:p w14:paraId="14136A40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9" w:type="pct"/>
            <w:vMerge/>
            <w:shd w:val="clear" w:color="auto" w:fill="D1AB66"/>
            <w:vAlign w:val="center"/>
          </w:tcPr>
          <w:p w14:paraId="47DFC6BB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0" w:type="pct"/>
            <w:vMerge/>
            <w:shd w:val="clear" w:color="auto" w:fill="D1AB66"/>
            <w:vAlign w:val="center"/>
          </w:tcPr>
          <w:p w14:paraId="6ED7D796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" w:type="pct"/>
            <w:shd w:val="clear" w:color="auto" w:fill="D1AB66"/>
            <w:vAlign w:val="center"/>
          </w:tcPr>
          <w:p w14:paraId="697685A8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Kezdés</w:t>
            </w:r>
          </w:p>
        </w:tc>
        <w:tc>
          <w:tcPr>
            <w:tcW w:w="641" w:type="pct"/>
            <w:shd w:val="clear" w:color="auto" w:fill="D1AB66"/>
            <w:vAlign w:val="center"/>
          </w:tcPr>
          <w:p w14:paraId="02F27B17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6177F3">
              <w:rPr>
                <w:rFonts w:ascii="Times New Roman" w:hAnsi="Times New Roman" w:cs="Times New Roman"/>
                <w:b/>
                <w:sz w:val="22"/>
              </w:rPr>
              <w:t>Befejezés</w:t>
            </w:r>
          </w:p>
        </w:tc>
        <w:tc>
          <w:tcPr>
            <w:tcW w:w="709" w:type="pct"/>
            <w:vMerge/>
            <w:shd w:val="clear" w:color="auto" w:fill="D1AB66"/>
            <w:vAlign w:val="center"/>
          </w:tcPr>
          <w:p w14:paraId="2B68DAE7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21" w:type="pct"/>
            <w:vMerge/>
            <w:shd w:val="clear" w:color="auto" w:fill="D1AB66"/>
            <w:vAlign w:val="center"/>
          </w:tcPr>
          <w:p w14:paraId="70A29693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94E03" w:rsidRPr="006177F3" w14:paraId="37D72F8E" w14:textId="77777777" w:rsidTr="006177F3">
        <w:trPr>
          <w:trHeight w:val="324"/>
        </w:trPr>
        <w:tc>
          <w:tcPr>
            <w:tcW w:w="406" w:type="pct"/>
            <w:vAlign w:val="center"/>
          </w:tcPr>
          <w:p w14:paraId="0BA6A48F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9" w:type="pct"/>
            <w:vAlign w:val="center"/>
          </w:tcPr>
          <w:p w14:paraId="1303C4CA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0" w:type="pct"/>
            <w:vAlign w:val="center"/>
          </w:tcPr>
          <w:p w14:paraId="12A12DC3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4C65440B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641" w:type="pct"/>
            <w:vAlign w:val="center"/>
          </w:tcPr>
          <w:p w14:paraId="63F0284B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09" w:type="pct"/>
            <w:vAlign w:val="center"/>
          </w:tcPr>
          <w:p w14:paraId="0F46BE5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21" w:type="pct"/>
            <w:vAlign w:val="center"/>
          </w:tcPr>
          <w:p w14:paraId="28008ABD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94E03" w:rsidRPr="006177F3" w14:paraId="3350686C" w14:textId="77777777" w:rsidTr="006177F3">
        <w:trPr>
          <w:trHeight w:val="324"/>
        </w:trPr>
        <w:tc>
          <w:tcPr>
            <w:tcW w:w="406" w:type="pct"/>
            <w:vAlign w:val="center"/>
          </w:tcPr>
          <w:p w14:paraId="55482B9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9" w:type="pct"/>
            <w:vAlign w:val="center"/>
          </w:tcPr>
          <w:p w14:paraId="4CBCDA88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0" w:type="pct"/>
            <w:vAlign w:val="center"/>
          </w:tcPr>
          <w:p w14:paraId="0418605D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363571CE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641" w:type="pct"/>
            <w:vAlign w:val="center"/>
          </w:tcPr>
          <w:p w14:paraId="3B5BB12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09" w:type="pct"/>
            <w:vAlign w:val="center"/>
          </w:tcPr>
          <w:p w14:paraId="47A7B2F4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21" w:type="pct"/>
            <w:vAlign w:val="center"/>
          </w:tcPr>
          <w:p w14:paraId="078924AB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94E03" w:rsidRPr="006177F3" w14:paraId="1ACFD273" w14:textId="77777777" w:rsidTr="006177F3">
        <w:trPr>
          <w:trHeight w:val="324"/>
        </w:trPr>
        <w:tc>
          <w:tcPr>
            <w:tcW w:w="406" w:type="pct"/>
            <w:vAlign w:val="center"/>
          </w:tcPr>
          <w:p w14:paraId="2EC2C8D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9" w:type="pct"/>
            <w:vAlign w:val="center"/>
          </w:tcPr>
          <w:p w14:paraId="019F65CE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40" w:type="pct"/>
            <w:vAlign w:val="center"/>
          </w:tcPr>
          <w:p w14:paraId="5B113BD1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24" w:type="pct"/>
            <w:vAlign w:val="center"/>
          </w:tcPr>
          <w:p w14:paraId="3F30B2AB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641" w:type="pct"/>
            <w:vAlign w:val="center"/>
          </w:tcPr>
          <w:p w14:paraId="4A432515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09" w:type="pct"/>
            <w:vAlign w:val="center"/>
          </w:tcPr>
          <w:p w14:paraId="0CF2841A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21" w:type="pct"/>
            <w:vAlign w:val="center"/>
          </w:tcPr>
          <w:p w14:paraId="4EC29B62" w14:textId="77777777" w:rsidR="00794E03" w:rsidRPr="006177F3" w:rsidRDefault="00794E03" w:rsidP="006177F3">
            <w:pPr>
              <w:spacing w:before="60" w:after="6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60FE9D64" w14:textId="77777777" w:rsidR="00006473" w:rsidRDefault="00006473" w:rsidP="00E05C4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C535B7C" w14:textId="38AC9784" w:rsidR="003D025F" w:rsidRPr="00072D74" w:rsidRDefault="00D10168" w:rsidP="00C34995">
      <w:pPr>
        <w:pStyle w:val="Heading2"/>
      </w:pPr>
      <w:bookmarkStart w:id="13" w:name="_Toc244693661"/>
      <w:r w:rsidRPr="00072D74">
        <w:t xml:space="preserve">2b.2. Hazai és nemzetközi </w:t>
      </w:r>
      <w:proofErr w:type="spellStart"/>
      <w:r w:rsidRPr="00072D74">
        <w:t>elismertség</w:t>
      </w:r>
      <w:bookmarkEnd w:id="13"/>
      <w:proofErr w:type="spellEnd"/>
    </w:p>
    <w:p w14:paraId="1FB2B1DE" w14:textId="77777777" w:rsidR="00E0519C" w:rsidRPr="001941BD" w:rsidRDefault="00E0519C" w:rsidP="00E0519C">
      <w:pPr>
        <w:pStyle w:val="Heading4"/>
      </w:pPr>
      <w:proofErr w:type="spellStart"/>
      <w:r w:rsidRPr="001941BD">
        <w:t>Teljesítési</w:t>
      </w:r>
      <w:proofErr w:type="spellEnd"/>
      <w:r w:rsidRPr="001941BD">
        <w:t xml:space="preserve"> minimum:</w:t>
      </w:r>
    </w:p>
    <w:p w14:paraId="255E4367" w14:textId="77777777" w:rsidR="00E0519C" w:rsidRPr="001941BD" w:rsidRDefault="00E0519C" w:rsidP="00E0519C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2C4C9146" w14:textId="77777777" w:rsidR="00E0519C" w:rsidRPr="00FA4234" w:rsidRDefault="00E0519C" w:rsidP="00E0519C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106DEF84" w14:textId="77777777" w:rsidR="00E0519C" w:rsidRPr="001941BD" w:rsidRDefault="00E0519C" w:rsidP="00E0519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48A608F" w14:textId="77777777" w:rsidR="00E0519C" w:rsidRDefault="00E0519C" w:rsidP="00E0519C">
      <w:pPr>
        <w:pStyle w:val="Heading4"/>
      </w:pPr>
      <w:proofErr w:type="spellStart"/>
      <w:r w:rsidRPr="001941BD">
        <w:t>Adható</w:t>
      </w:r>
      <w:proofErr w:type="spellEnd"/>
      <w:r w:rsidRPr="001941BD">
        <w:t xml:space="preserve"> </w:t>
      </w:r>
      <w:proofErr w:type="spellStart"/>
      <w:r w:rsidRPr="001941BD">
        <w:t>további</w:t>
      </w:r>
      <w:proofErr w:type="spellEnd"/>
      <w:r w:rsidRPr="001941BD">
        <w:t xml:space="preserve"> </w:t>
      </w:r>
      <w:proofErr w:type="spellStart"/>
      <w:r w:rsidRPr="001941BD">
        <w:t>pontok</w:t>
      </w:r>
      <w:proofErr w:type="spellEnd"/>
      <w:r w:rsidRPr="001941BD">
        <w:t>:</w:t>
      </w:r>
    </w:p>
    <w:p w14:paraId="2BA74456" w14:textId="77777777" w:rsidR="00E0519C" w:rsidRPr="001941BD" w:rsidRDefault="00E0519C" w:rsidP="00E0519C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be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tételesen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az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ETKR és a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tudományterületi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/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tudományági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Értékelő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lap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szempontjai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szerinti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EE0000"/>
          <w:sz w:val="22"/>
        </w:rPr>
        <w:t>releváns</w:t>
      </w:r>
      <w:proofErr w:type="spellEnd"/>
      <w:r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teljesítményét</w:t>
      </w:r>
      <w:proofErr w:type="spellEnd"/>
      <w:r w:rsidRPr="001941BD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4AF570C8" w14:textId="77777777" w:rsidR="00E0519C" w:rsidRPr="00FA4234" w:rsidRDefault="00E0519C" w:rsidP="00E0519C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RELEVÁNS TEVÉKENYSÉGÉNEK BEMUTATÁSA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44F484D1" w14:textId="77777777" w:rsidR="00E0519C" w:rsidRDefault="00E0519C" w:rsidP="00E0519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EC6735B" w14:textId="75EFC313" w:rsidR="003D025F" w:rsidRPr="00710BC3" w:rsidRDefault="00F80977" w:rsidP="00710BC3">
      <w:pPr>
        <w:pStyle w:val="Heading1"/>
      </w:pPr>
      <w:bookmarkStart w:id="14" w:name="_Toc244693662"/>
      <w:r w:rsidRPr="00710BC3">
        <w:t xml:space="preserve">A </w:t>
      </w:r>
      <w:r w:rsidR="00D10168" w:rsidRPr="00710BC3">
        <w:t>FELADATKÖR ELLÁTÁSÁVAL KAPCSOLATOS TERVEK</w:t>
      </w:r>
      <w:bookmarkEnd w:id="14"/>
    </w:p>
    <w:p w14:paraId="0E442541" w14:textId="4F72704B" w:rsidR="003D025F" w:rsidRPr="003C3C92" w:rsidRDefault="001558B2" w:rsidP="00657A69">
      <w:pPr>
        <w:pStyle w:val="Kitltsitmutat"/>
        <w:spacing w:after="120"/>
        <w:jc w:val="both"/>
        <w:rPr>
          <w:rFonts w:ascii="Times New Roman" w:hAnsi="Times New Roman" w:cs="Times New Roman"/>
          <w:color w:val="EE0000"/>
          <w:sz w:val="22"/>
        </w:rPr>
      </w:pPr>
      <w:proofErr w:type="spellStart"/>
      <w:r>
        <w:rPr>
          <w:rFonts w:ascii="Times New Roman" w:hAnsi="Times New Roman" w:cs="Times New Roman"/>
          <w:color w:val="EE0000"/>
          <w:sz w:val="22"/>
        </w:rPr>
        <w:t>Opcionális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fejezet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melyben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r w:rsidR="00B04B7B">
        <w:rPr>
          <w:rFonts w:ascii="Times New Roman" w:hAnsi="Times New Roman" w:cs="Times New Roman"/>
          <w:color w:val="EE0000"/>
          <w:sz w:val="22"/>
        </w:rPr>
        <w:t xml:space="preserve">a </w:t>
      </w:r>
      <w:proofErr w:type="spellStart"/>
      <w:r w:rsidR="00B04B7B">
        <w:rPr>
          <w:rFonts w:ascii="Times New Roman" w:hAnsi="Times New Roman" w:cs="Times New Roman"/>
          <w:color w:val="EE0000"/>
          <w:sz w:val="22"/>
        </w:rPr>
        <w:t>pályázó</w:t>
      </w:r>
      <w:proofErr w:type="spellEnd"/>
      <w:r w:rsidR="00B04B7B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bemutahatja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az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 xml:space="preserve"> egyetemi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tanári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feladatkör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ellátásával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kapcsolatos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terveit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 xml:space="preserve">, </w:t>
      </w:r>
      <w:proofErr w:type="spellStart"/>
      <w:r w:rsidR="003C3C92" w:rsidRPr="003C3C92">
        <w:rPr>
          <w:rFonts w:ascii="Times New Roman" w:hAnsi="Times New Roman" w:cs="Times New Roman"/>
          <w:color w:val="EE0000"/>
          <w:sz w:val="22"/>
        </w:rPr>
        <w:t>céljait</w:t>
      </w:r>
      <w:proofErr w:type="spellEnd"/>
      <w:r w:rsidR="003C3C92" w:rsidRPr="003C3C92">
        <w:rPr>
          <w:rFonts w:ascii="Times New Roman" w:hAnsi="Times New Roman" w:cs="Times New Roman"/>
          <w:color w:val="EE0000"/>
          <w:sz w:val="22"/>
        </w:rPr>
        <w:t>.</w:t>
      </w:r>
    </w:p>
    <w:p w14:paraId="6EA148A4" w14:textId="7598846D" w:rsidR="003C3C92" w:rsidRDefault="003C3C92" w:rsidP="003C3C92">
      <w:pPr>
        <w:tabs>
          <w:tab w:val="left" w:pos="6237"/>
          <w:tab w:val="left" w:leader="underscore" w:pos="9072"/>
        </w:tabs>
        <w:spacing w:after="120" w:line="240" w:lineRule="auto"/>
        <w:jc w:val="both"/>
        <w:rPr>
          <w:rFonts w:ascii="Times New Roman" w:hAnsi="Times New Roman" w:cs="Times New Roman"/>
          <w:i/>
          <w:color w:val="EE0000"/>
          <w:sz w:val="22"/>
        </w:rPr>
      </w:pP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Formátum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: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normál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margó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(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alsó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,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felső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,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bal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és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jobb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oldali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margó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2,5 cm), Times New Roman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betűtípus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, 12-es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betűméret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,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szimpla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sorköz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,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maximális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oldalszám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a III.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Feladatkör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ellátásával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kapcsolatos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tervek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bemutatására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 xml:space="preserve">: 3 </w:t>
      </w:r>
      <w:proofErr w:type="spellStart"/>
      <w:r w:rsidRPr="003C3C92">
        <w:rPr>
          <w:rFonts w:ascii="Times New Roman" w:hAnsi="Times New Roman" w:cs="Times New Roman"/>
          <w:i/>
          <w:color w:val="EE0000"/>
          <w:sz w:val="22"/>
        </w:rPr>
        <w:t>oldal</w:t>
      </w:r>
      <w:proofErr w:type="spellEnd"/>
      <w:r w:rsidRPr="003C3C92">
        <w:rPr>
          <w:rFonts w:ascii="Times New Roman" w:hAnsi="Times New Roman" w:cs="Times New Roman"/>
          <w:i/>
          <w:color w:val="EE0000"/>
          <w:sz w:val="22"/>
        </w:rPr>
        <w:t>.</w:t>
      </w:r>
    </w:p>
    <w:p w14:paraId="03F7F3E1" w14:textId="1FC50A33" w:rsidR="00601932" w:rsidRDefault="00601932" w:rsidP="00601932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 xml:space="preserve">[A PÁLYÁZÓ </w:t>
      </w:r>
      <w:r>
        <w:rPr>
          <w:rFonts w:ascii="Times New Roman" w:hAnsi="Times New Roman" w:cs="Times New Roman"/>
          <w:sz w:val="24"/>
          <w:szCs w:val="28"/>
        </w:rPr>
        <w:t>TERVEI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8DCA2AA" w14:textId="54F1A04B" w:rsidR="003D025F" w:rsidRPr="00072D74" w:rsidRDefault="00D10168" w:rsidP="00710BC3">
      <w:pPr>
        <w:pStyle w:val="Heading1"/>
      </w:pPr>
      <w:bookmarkStart w:id="15" w:name="_Toc244693663"/>
      <w:r w:rsidRPr="00072D74">
        <w:t>MELLÉKLETEK JEGYZÉKE</w:t>
      </w:r>
      <w:bookmarkEnd w:id="15"/>
    </w:p>
    <w:p w14:paraId="5610FC4B" w14:textId="75F2F0D1" w:rsidR="00951B95" w:rsidRDefault="00951B95" w:rsidP="00646665">
      <w:pPr>
        <w:pStyle w:val="Kitltsitmutat"/>
        <w:spacing w:after="120"/>
        <w:jc w:val="both"/>
        <w:rPr>
          <w:rFonts w:ascii="Times New Roman" w:hAnsi="Times New Roman" w:cs="Times New Roman"/>
          <w:color w:val="EE0000"/>
          <w:sz w:val="22"/>
        </w:rPr>
      </w:pPr>
      <w:proofErr w:type="spellStart"/>
      <w:r>
        <w:rPr>
          <w:rFonts w:ascii="Times New Roman" w:hAnsi="Times New Roman" w:cs="Times New Roman"/>
          <w:color w:val="EE0000"/>
          <w:sz w:val="22"/>
        </w:rPr>
        <w:t>Sorolja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fel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a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pályázat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mellékleteit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. A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mellékletek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összeállítása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során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vegye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figyelembe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color w:val="EE0000"/>
          <w:sz w:val="22"/>
        </w:rPr>
        <w:t>az</w:t>
      </w:r>
      <w:proofErr w:type="spellEnd"/>
      <w:r>
        <w:rPr>
          <w:rFonts w:ascii="Times New Roman" w:hAnsi="Times New Roman" w:cs="Times New Roman"/>
          <w:color w:val="EE0000"/>
          <w:sz w:val="22"/>
        </w:rPr>
        <w:t xml:space="preserve"> ETKR</w:t>
      </w:r>
      <w:r w:rsidR="00B40887">
        <w:rPr>
          <w:rFonts w:ascii="Times New Roman" w:hAnsi="Times New Roman" w:cs="Times New Roman"/>
          <w:color w:val="EE0000"/>
          <w:sz w:val="22"/>
        </w:rPr>
        <w:t xml:space="preserve">-ben </w:t>
      </w:r>
      <w:proofErr w:type="spellStart"/>
      <w:r w:rsidR="00B40887">
        <w:rPr>
          <w:rFonts w:ascii="Times New Roman" w:hAnsi="Times New Roman" w:cs="Times New Roman"/>
          <w:color w:val="EE0000"/>
          <w:sz w:val="22"/>
        </w:rPr>
        <w:t>foglaltakat</w:t>
      </w:r>
      <w:proofErr w:type="spellEnd"/>
      <w:r w:rsidR="00B40887">
        <w:rPr>
          <w:rFonts w:ascii="Times New Roman" w:hAnsi="Times New Roman" w:cs="Times New Roman"/>
          <w:color w:val="EE0000"/>
          <w:sz w:val="22"/>
        </w:rPr>
        <w:t xml:space="preserve">, </w:t>
      </w:r>
      <w:proofErr w:type="spellStart"/>
      <w:r w:rsidR="00B40887">
        <w:rPr>
          <w:rFonts w:ascii="Times New Roman" w:hAnsi="Times New Roman" w:cs="Times New Roman"/>
          <w:color w:val="EE0000"/>
          <w:sz w:val="22"/>
        </w:rPr>
        <w:t>különös</w:t>
      </w:r>
      <w:proofErr w:type="spellEnd"/>
      <w:r w:rsidR="00B40887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B40887">
        <w:rPr>
          <w:rFonts w:ascii="Times New Roman" w:hAnsi="Times New Roman" w:cs="Times New Roman"/>
          <w:color w:val="EE0000"/>
          <w:sz w:val="22"/>
        </w:rPr>
        <w:t>tekintettel</w:t>
      </w:r>
      <w:proofErr w:type="spellEnd"/>
      <w:r w:rsidR="00B40887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B40887">
        <w:rPr>
          <w:rFonts w:ascii="Times New Roman" w:hAnsi="Times New Roman" w:cs="Times New Roman"/>
          <w:color w:val="EE0000"/>
          <w:sz w:val="22"/>
        </w:rPr>
        <w:t>az</w:t>
      </w:r>
      <w:proofErr w:type="spellEnd"/>
      <w:r w:rsidR="00B40887">
        <w:rPr>
          <w:rFonts w:ascii="Times New Roman" w:hAnsi="Times New Roman" w:cs="Times New Roman"/>
          <w:color w:val="EE0000"/>
          <w:sz w:val="22"/>
        </w:rPr>
        <w:t xml:space="preserve"> </w:t>
      </w:r>
      <w:r w:rsidR="00B40887" w:rsidRPr="00B40887">
        <w:rPr>
          <w:rFonts w:ascii="Times New Roman" w:hAnsi="Times New Roman" w:cs="Times New Roman"/>
          <w:color w:val="EE0000"/>
          <w:sz w:val="22"/>
        </w:rPr>
        <w:t xml:space="preserve">V.3 </w:t>
      </w:r>
      <w:proofErr w:type="spellStart"/>
      <w:r w:rsidR="00B40887" w:rsidRPr="00B40887">
        <w:rPr>
          <w:rFonts w:ascii="Times New Roman" w:hAnsi="Times New Roman" w:cs="Times New Roman"/>
          <w:color w:val="EE0000"/>
          <w:sz w:val="22"/>
        </w:rPr>
        <w:t>Ellenőrző</w:t>
      </w:r>
      <w:proofErr w:type="spellEnd"/>
      <w:r w:rsidR="00B40887" w:rsidRPr="00B40887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B40887" w:rsidRPr="00B40887">
        <w:rPr>
          <w:rFonts w:ascii="Times New Roman" w:hAnsi="Times New Roman" w:cs="Times New Roman"/>
          <w:color w:val="EE0000"/>
          <w:sz w:val="22"/>
        </w:rPr>
        <w:t>lista</w:t>
      </w:r>
      <w:proofErr w:type="spellEnd"/>
      <w:r w:rsidR="00B40887" w:rsidRPr="00B40887">
        <w:rPr>
          <w:rFonts w:ascii="Times New Roman" w:hAnsi="Times New Roman" w:cs="Times New Roman"/>
          <w:color w:val="EE0000"/>
          <w:sz w:val="22"/>
        </w:rPr>
        <w:t xml:space="preserve">, </w:t>
      </w:r>
      <w:proofErr w:type="spellStart"/>
      <w:r w:rsidR="00B40887" w:rsidRPr="00B40887">
        <w:rPr>
          <w:rFonts w:ascii="Times New Roman" w:hAnsi="Times New Roman" w:cs="Times New Roman"/>
          <w:color w:val="EE0000"/>
          <w:sz w:val="22"/>
        </w:rPr>
        <w:t>formai</w:t>
      </w:r>
      <w:proofErr w:type="spellEnd"/>
      <w:r w:rsidR="00B40887" w:rsidRPr="00B40887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B40887" w:rsidRPr="00B40887">
        <w:rPr>
          <w:rFonts w:ascii="Times New Roman" w:hAnsi="Times New Roman" w:cs="Times New Roman"/>
          <w:color w:val="EE0000"/>
          <w:sz w:val="22"/>
        </w:rPr>
        <w:t>elvárások</w:t>
      </w:r>
      <w:proofErr w:type="spellEnd"/>
      <w:r w:rsidR="00B40887">
        <w:rPr>
          <w:rFonts w:ascii="Times New Roman" w:hAnsi="Times New Roman" w:cs="Times New Roman"/>
          <w:color w:val="EE0000"/>
          <w:sz w:val="22"/>
        </w:rPr>
        <w:t xml:space="preserve"> </w:t>
      </w:r>
      <w:proofErr w:type="spellStart"/>
      <w:r w:rsidR="00B40887">
        <w:rPr>
          <w:rFonts w:ascii="Times New Roman" w:hAnsi="Times New Roman" w:cs="Times New Roman"/>
          <w:color w:val="EE0000"/>
          <w:sz w:val="22"/>
        </w:rPr>
        <w:t>fejezet</w:t>
      </w:r>
      <w:r w:rsidR="00C62CAF">
        <w:rPr>
          <w:rFonts w:ascii="Times New Roman" w:hAnsi="Times New Roman" w:cs="Times New Roman"/>
          <w:color w:val="EE0000"/>
          <w:sz w:val="22"/>
        </w:rPr>
        <w:t>re</w:t>
      </w:r>
      <w:proofErr w:type="spellEnd"/>
      <w:r w:rsidR="00B40887">
        <w:rPr>
          <w:rFonts w:ascii="Times New Roman" w:hAnsi="Times New Roman" w:cs="Times New Roman"/>
          <w:color w:val="EE0000"/>
          <w:sz w:val="22"/>
        </w:rPr>
        <w:t>.</w:t>
      </w:r>
    </w:p>
    <w:p w14:paraId="1FE8B739" w14:textId="50E30D19" w:rsidR="00951B95" w:rsidRPr="00FA4234" w:rsidRDefault="00951B95" w:rsidP="00951B95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>[A PÁLYÁZ</w:t>
      </w:r>
      <w:r w:rsidR="00970662">
        <w:rPr>
          <w:rFonts w:ascii="Times New Roman" w:hAnsi="Times New Roman" w:cs="Times New Roman"/>
          <w:sz w:val="24"/>
          <w:szCs w:val="28"/>
        </w:rPr>
        <w:t>AT MELLÉKLETEINEK JEGYZÉKE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3DC9D595" w14:textId="77777777" w:rsidR="00951B95" w:rsidRDefault="00951B95" w:rsidP="00951B9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2C8CD39" w14:textId="36C21DA8" w:rsidR="00951B95" w:rsidRDefault="00951B95" w:rsidP="00951B95">
      <w:pPr>
        <w:pStyle w:val="Heading1"/>
      </w:pPr>
      <w:bookmarkStart w:id="16" w:name="_Toc244693664"/>
      <w:r w:rsidRPr="00072D74">
        <w:t>MELLÉKLETEK</w:t>
      </w:r>
      <w:bookmarkEnd w:id="16"/>
    </w:p>
    <w:p w14:paraId="700BBC74" w14:textId="51BF942F" w:rsidR="00F1402F" w:rsidRDefault="00F1402F" w:rsidP="00646665">
      <w:pPr>
        <w:jc w:val="both"/>
        <w:rPr>
          <w:rFonts w:ascii="Times New Roman" w:hAnsi="Times New Roman" w:cs="Times New Roman"/>
          <w:i/>
          <w:iCs/>
          <w:color w:val="EE0000"/>
          <w:sz w:val="22"/>
        </w:rPr>
      </w:pP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Mutassa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be a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mellékletek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jegyzékében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bemutatott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,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annak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sorrendjét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és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elnevezését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követő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 xml:space="preserve"> </w:t>
      </w:r>
      <w:proofErr w:type="spellStart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mellékleteket</w:t>
      </w:r>
      <w:proofErr w:type="spellEnd"/>
      <w:r w:rsidRPr="00F1402F">
        <w:rPr>
          <w:rFonts w:ascii="Times New Roman" w:hAnsi="Times New Roman" w:cs="Times New Roman"/>
          <w:i/>
          <w:iCs/>
          <w:color w:val="EE0000"/>
          <w:sz w:val="22"/>
        </w:rPr>
        <w:t>.</w:t>
      </w:r>
    </w:p>
    <w:p w14:paraId="3FBD34D4" w14:textId="2EF206CA" w:rsidR="002C30C3" w:rsidRPr="00FA4234" w:rsidRDefault="002C30C3" w:rsidP="002C30C3">
      <w:pPr>
        <w:spacing w:after="120"/>
        <w:jc w:val="both"/>
        <w:rPr>
          <w:rFonts w:ascii="Times New Roman" w:hAnsi="Times New Roman" w:cs="Times New Roman"/>
          <w:sz w:val="24"/>
          <w:szCs w:val="28"/>
        </w:rPr>
      </w:pPr>
      <w:r w:rsidRPr="00FA4234">
        <w:rPr>
          <w:rFonts w:ascii="Times New Roman" w:hAnsi="Times New Roman" w:cs="Times New Roman"/>
          <w:sz w:val="24"/>
          <w:szCs w:val="28"/>
        </w:rPr>
        <w:t>[</w:t>
      </w:r>
      <w:r>
        <w:rPr>
          <w:rFonts w:ascii="Times New Roman" w:hAnsi="Times New Roman" w:cs="Times New Roman"/>
          <w:sz w:val="24"/>
          <w:szCs w:val="28"/>
        </w:rPr>
        <w:t>MELLÉKLETEK</w:t>
      </w:r>
      <w:r w:rsidRPr="00FA4234">
        <w:rPr>
          <w:rFonts w:ascii="Times New Roman" w:hAnsi="Times New Roman" w:cs="Times New Roman"/>
          <w:sz w:val="24"/>
          <w:szCs w:val="28"/>
        </w:rPr>
        <w:t>]</w:t>
      </w:r>
    </w:p>
    <w:p w14:paraId="71E416CB" w14:textId="3F330679" w:rsidR="003D025F" w:rsidRPr="00072D74" w:rsidRDefault="003D025F">
      <w:pPr>
        <w:rPr>
          <w:rFonts w:ascii="Times New Roman" w:hAnsi="Times New Roman" w:cs="Times New Roman"/>
        </w:rPr>
      </w:pPr>
    </w:p>
    <w:sectPr w:rsidR="003D025F" w:rsidRPr="00072D74" w:rsidSect="00034616">
      <w:headerReference w:type="default" r:id="rId13"/>
      <w:pgSz w:w="12240" w:h="15840"/>
      <w:pgMar w:top="1134" w:right="1247" w:bottom="102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449AF" w14:textId="77777777" w:rsidR="00F36E2D" w:rsidRDefault="00F36E2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9E239E4" w14:textId="77777777" w:rsidR="00F36E2D" w:rsidRDefault="00F36E2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31549" w14:textId="7036BA86" w:rsidR="003D025F" w:rsidRPr="005F0119" w:rsidRDefault="00D10168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5F0119">
      <w:rPr>
        <w:rFonts w:ascii="Times New Roman" w:hAnsi="Times New Roman" w:cs="Times New Roman"/>
        <w:sz w:val="22"/>
      </w:rPr>
      <w:fldChar w:fldCharType="begin"/>
    </w:r>
    <w:r w:rsidRPr="005F0119">
      <w:rPr>
        <w:rFonts w:ascii="Times New Roman" w:hAnsi="Times New Roman" w:cs="Times New Roman"/>
        <w:sz w:val="22"/>
      </w:rPr>
      <w:instrText>PAGE</w:instrText>
    </w:r>
    <w:r w:rsidRPr="005F0119">
      <w:rPr>
        <w:rFonts w:ascii="Times New Roman" w:hAnsi="Times New Roman" w:cs="Times New Roman"/>
        <w:sz w:val="22"/>
      </w:rPr>
      <w:fldChar w:fldCharType="separate"/>
    </w:r>
    <w:r w:rsidRPr="005F0119">
      <w:rPr>
        <w:rFonts w:ascii="Times New Roman" w:hAnsi="Times New Roman" w:cs="Times New Roman"/>
        <w:sz w:val="22"/>
      </w:rPr>
      <w:t>Frissítéshez: jobb klikk, Mező frissítése</w:t>
    </w:r>
    <w:r w:rsidRPr="005F0119">
      <w:rPr>
        <w:rFonts w:ascii="Times New Roman" w:hAnsi="Times New Roman" w:cs="Times New Roman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4C944" w14:textId="77777777" w:rsidR="00F36E2D" w:rsidRDefault="00F36E2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6632578" w14:textId="77777777" w:rsidR="00F36E2D" w:rsidRDefault="00F36E2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5DAD5" w14:textId="77777777" w:rsidR="00C27D7D" w:rsidRDefault="00D10168" w:rsidP="00C27D7D">
    <w:pPr>
      <w:pStyle w:val="Header"/>
      <w:jc w:val="right"/>
      <w:rPr>
        <w:rFonts w:hint="eastAsia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E42DA3F" wp14:editId="18E47BD7">
          <wp:simplePos x="0" y="0"/>
          <wp:positionH relativeFrom="column">
            <wp:posOffset>-2136</wp:posOffset>
          </wp:positionH>
          <wp:positionV relativeFrom="paragraph">
            <wp:posOffset>0</wp:posOffset>
          </wp:positionV>
          <wp:extent cx="1980000" cy="670669"/>
          <wp:effectExtent l="0" t="0" r="1270" b="0"/>
          <wp:wrapNone/>
          <wp:docPr id="64484403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b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80000" cy="6706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009E">
      <w:tab/>
    </w:r>
  </w:p>
  <w:p w14:paraId="38F6D795" w14:textId="446BDC79" w:rsidR="003D025F" w:rsidRDefault="00C27D7D" w:rsidP="00C27D7D">
    <w:pPr>
      <w:pStyle w:val="Header"/>
      <w:jc w:val="right"/>
      <w:rPr>
        <w:rFonts w:ascii="Times New Roman" w:hAnsi="Times New Roman" w:cs="Times New Roman"/>
        <w:i/>
        <w:iCs/>
        <w:sz w:val="20"/>
        <w:szCs w:val="20"/>
      </w:rPr>
    </w:pPr>
    <w:r w:rsidRPr="00C27D7D">
      <w:rPr>
        <w:rFonts w:ascii="Times New Roman" w:hAnsi="Times New Roman" w:cs="Times New Roman"/>
        <w:i/>
        <w:iCs/>
        <w:sz w:val="20"/>
        <w:szCs w:val="20"/>
      </w:rPr>
      <w:t>Az ETKR-</w:t>
    </w:r>
    <w:proofErr w:type="spellStart"/>
    <w:r w:rsidRPr="00C27D7D">
      <w:rPr>
        <w:rFonts w:ascii="Times New Roman" w:hAnsi="Times New Roman" w:cs="Times New Roman"/>
        <w:i/>
        <w:iCs/>
        <w:sz w:val="20"/>
        <w:szCs w:val="20"/>
      </w:rPr>
      <w:t>hez</w:t>
    </w:r>
    <w:proofErr w:type="spellEnd"/>
    <w:r w:rsidRPr="00C27D7D">
      <w:rPr>
        <w:rFonts w:ascii="Times New Roman" w:hAnsi="Times New Roman" w:cs="Times New Roman"/>
        <w:i/>
        <w:iCs/>
        <w:sz w:val="20"/>
        <w:szCs w:val="20"/>
      </w:rPr>
      <w:t xml:space="preserve"> </w:t>
    </w:r>
    <w:proofErr w:type="spellStart"/>
    <w:r w:rsidRPr="00C27D7D">
      <w:rPr>
        <w:rFonts w:ascii="Times New Roman" w:hAnsi="Times New Roman" w:cs="Times New Roman"/>
        <w:i/>
        <w:iCs/>
        <w:sz w:val="20"/>
        <w:szCs w:val="20"/>
      </w:rPr>
      <w:t>tartozó</w:t>
    </w:r>
    <w:proofErr w:type="spellEnd"/>
    <w:r>
      <w:rPr>
        <w:rFonts w:ascii="Times New Roman" w:hAnsi="Times New Roman" w:cs="Times New Roman"/>
        <w:i/>
        <w:iCs/>
        <w:sz w:val="20"/>
        <w:szCs w:val="20"/>
      </w:rPr>
      <w:t xml:space="preserve"> </w:t>
    </w:r>
    <w:proofErr w:type="spellStart"/>
    <w:r w:rsidR="00254A73" w:rsidRPr="00C27D7D">
      <w:rPr>
        <w:rFonts w:ascii="Times New Roman" w:hAnsi="Times New Roman" w:cs="Times New Roman"/>
        <w:i/>
        <w:iCs/>
        <w:sz w:val="20"/>
        <w:szCs w:val="20"/>
      </w:rPr>
      <w:t>Pályázati</w:t>
    </w:r>
    <w:proofErr w:type="spellEnd"/>
    <w:r w:rsidR="00254A73" w:rsidRPr="00C27D7D">
      <w:rPr>
        <w:rFonts w:ascii="Times New Roman" w:hAnsi="Times New Roman" w:cs="Times New Roman"/>
        <w:i/>
        <w:iCs/>
        <w:sz w:val="20"/>
        <w:szCs w:val="20"/>
      </w:rPr>
      <w:t xml:space="preserve"> </w:t>
    </w:r>
    <w:proofErr w:type="spellStart"/>
    <w:r w:rsidR="00254A73" w:rsidRPr="00C27D7D">
      <w:rPr>
        <w:rFonts w:ascii="Times New Roman" w:hAnsi="Times New Roman" w:cs="Times New Roman"/>
        <w:i/>
        <w:iCs/>
        <w:sz w:val="20"/>
        <w:szCs w:val="20"/>
      </w:rPr>
      <w:t>sablon</w:t>
    </w:r>
    <w:proofErr w:type="spellEnd"/>
  </w:p>
  <w:p w14:paraId="5ABB3F5F" w14:textId="053D4AA0" w:rsidR="0093657E" w:rsidRPr="00C27D7D" w:rsidRDefault="0093657E" w:rsidP="00C27D7D">
    <w:pPr>
      <w:pStyle w:val="Header"/>
      <w:jc w:val="right"/>
      <w:rPr>
        <w:rFonts w:ascii="Times New Roman" w:hAnsi="Times New Roman" w:cs="Times New Roman"/>
        <w:i/>
        <w:iCs/>
        <w:sz w:val="20"/>
        <w:szCs w:val="20"/>
      </w:rPr>
    </w:pPr>
    <w:proofErr w:type="spellStart"/>
    <w:r>
      <w:rPr>
        <w:rFonts w:ascii="Times New Roman" w:hAnsi="Times New Roman" w:cs="Times New Roman"/>
        <w:i/>
        <w:iCs/>
        <w:sz w:val="20"/>
        <w:szCs w:val="20"/>
      </w:rPr>
      <w:t>Valamennyi</w:t>
    </w:r>
    <w:proofErr w:type="spellEnd"/>
    <w:r>
      <w:rPr>
        <w:rFonts w:ascii="Times New Roman" w:hAnsi="Times New Roman" w:cs="Times New Roman"/>
        <w:i/>
        <w:iCs/>
        <w:sz w:val="20"/>
        <w:szCs w:val="20"/>
      </w:rPr>
      <w:t xml:space="preserve"> </w:t>
    </w:r>
    <w:proofErr w:type="spellStart"/>
    <w:r>
      <w:rPr>
        <w:rFonts w:ascii="Times New Roman" w:hAnsi="Times New Roman" w:cs="Times New Roman"/>
        <w:i/>
        <w:iCs/>
        <w:sz w:val="20"/>
        <w:szCs w:val="20"/>
      </w:rPr>
      <w:t>tudományterületre</w:t>
    </w:r>
    <w:proofErr w:type="spellEnd"/>
    <w:r>
      <w:rPr>
        <w:rFonts w:ascii="Times New Roman" w:hAnsi="Times New Roman" w:cs="Times New Roman"/>
        <w:i/>
        <w:iCs/>
        <w:sz w:val="20"/>
        <w:szCs w:val="20"/>
      </w:rPr>
      <w:t xml:space="preserve"> és </w:t>
    </w:r>
    <w:proofErr w:type="spellStart"/>
    <w:r>
      <w:rPr>
        <w:rFonts w:ascii="Times New Roman" w:hAnsi="Times New Roman" w:cs="Times New Roman"/>
        <w:i/>
        <w:iCs/>
        <w:sz w:val="20"/>
        <w:szCs w:val="20"/>
      </w:rPr>
      <w:t>tudományágra</w:t>
    </w:r>
    <w:proofErr w:type="spellEnd"/>
  </w:p>
  <w:p w14:paraId="48C87550" w14:textId="6725C00D" w:rsidR="00C27D7D" w:rsidRDefault="00C27D7D" w:rsidP="00C27D7D">
    <w:pPr>
      <w:pStyle w:val="Header"/>
      <w:jc w:val="right"/>
      <w:rPr>
        <w:rFonts w:ascii="Times New Roman" w:hAnsi="Times New Roman" w:cs="Times New Roman"/>
        <w:i/>
        <w:iCs/>
        <w:sz w:val="20"/>
        <w:szCs w:val="20"/>
      </w:rPr>
    </w:pPr>
    <w:proofErr w:type="spellStart"/>
    <w:r w:rsidRPr="00C27D7D">
      <w:rPr>
        <w:rFonts w:ascii="Times New Roman" w:hAnsi="Times New Roman" w:cs="Times New Roman"/>
        <w:i/>
        <w:iCs/>
        <w:sz w:val="20"/>
        <w:szCs w:val="20"/>
      </w:rPr>
      <w:t>Hatályos</w:t>
    </w:r>
    <w:proofErr w:type="spellEnd"/>
    <w:r w:rsidRPr="00C27D7D">
      <w:rPr>
        <w:rFonts w:ascii="Times New Roman" w:hAnsi="Times New Roman" w:cs="Times New Roman"/>
        <w:i/>
        <w:iCs/>
        <w:sz w:val="20"/>
        <w:szCs w:val="20"/>
      </w:rPr>
      <w:t xml:space="preserve">: 2027. </w:t>
    </w:r>
    <w:proofErr w:type="spellStart"/>
    <w:r w:rsidRPr="00C27D7D">
      <w:rPr>
        <w:rFonts w:ascii="Times New Roman" w:hAnsi="Times New Roman" w:cs="Times New Roman"/>
        <w:i/>
        <w:iCs/>
        <w:sz w:val="20"/>
        <w:szCs w:val="20"/>
      </w:rPr>
      <w:t>január</w:t>
    </w:r>
    <w:proofErr w:type="spellEnd"/>
    <w:r w:rsidRPr="00C27D7D">
      <w:rPr>
        <w:rFonts w:ascii="Times New Roman" w:hAnsi="Times New Roman" w:cs="Times New Roman"/>
        <w:i/>
        <w:iCs/>
        <w:sz w:val="20"/>
        <w:szCs w:val="20"/>
      </w:rPr>
      <w:t xml:space="preserve"> 1. </w:t>
    </w:r>
    <w:proofErr w:type="spellStart"/>
    <w:r w:rsidRPr="00C27D7D">
      <w:rPr>
        <w:rFonts w:ascii="Times New Roman" w:hAnsi="Times New Roman" w:cs="Times New Roman"/>
        <w:i/>
        <w:iCs/>
        <w:sz w:val="20"/>
        <w:szCs w:val="20"/>
      </w:rPr>
      <w:t>napjától</w:t>
    </w:r>
    <w:proofErr w:type="spellEnd"/>
  </w:p>
  <w:p w14:paraId="1FB96190" w14:textId="77777777" w:rsidR="00C27D7D" w:rsidRDefault="00C27D7D" w:rsidP="00C27D7D">
    <w:pPr>
      <w:pStyle w:val="Header"/>
      <w:jc w:val="right"/>
      <w:rPr>
        <w:rFonts w:ascii="Times New Roman" w:hAnsi="Times New Roman" w:cs="Times New Roman"/>
        <w:i/>
        <w:iCs/>
        <w:sz w:val="20"/>
        <w:szCs w:val="20"/>
      </w:rPr>
    </w:pPr>
  </w:p>
  <w:p w14:paraId="319807F4" w14:textId="77777777" w:rsidR="00C27D7D" w:rsidRDefault="00C27D7D" w:rsidP="00C27D7D">
    <w:pPr>
      <w:pStyle w:val="Header"/>
      <w:jc w:val="right"/>
      <w:rPr>
        <w:rFonts w:ascii="Times New Roman" w:hAnsi="Times New Roman" w:cs="Times New Roman"/>
        <w:i/>
        <w:iCs/>
        <w:sz w:val="20"/>
        <w:szCs w:val="20"/>
      </w:rPr>
    </w:pPr>
  </w:p>
  <w:p w14:paraId="249D81C5" w14:textId="77777777" w:rsidR="00C27D7D" w:rsidRPr="00C27D7D" w:rsidRDefault="00C27D7D" w:rsidP="00C27D7D">
    <w:pPr>
      <w:pStyle w:val="Header"/>
      <w:rPr>
        <w:rFonts w:ascii="Times New Roman" w:hAnsi="Times New Roman" w:cs="Times New Roman"/>
        <w:i/>
        <w:iCs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67BB2" w14:textId="77777777" w:rsidR="00E736B6" w:rsidRDefault="00E736B6" w:rsidP="00E736B6">
    <w:pPr>
      <w:pStyle w:val="Header"/>
      <w:jc w:val="center"/>
      <w:rPr>
        <w:rFonts w:ascii="Times New Roman" w:hAnsi="Times New Roman" w:cs="Times New Roman"/>
        <w:i/>
        <w:iCs/>
        <w:sz w:val="20"/>
        <w:szCs w:val="20"/>
      </w:rPr>
    </w:pPr>
  </w:p>
  <w:p w14:paraId="15B17BF8" w14:textId="77777777" w:rsidR="00E736B6" w:rsidRPr="00C27D7D" w:rsidRDefault="00E736B6" w:rsidP="00C27D7D">
    <w:pPr>
      <w:pStyle w:val="Header"/>
      <w:rPr>
        <w:rFonts w:ascii="Times New Roman" w:hAnsi="Times New Roman" w:cs="Times New Roman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7A7CD3"/>
    <w:multiLevelType w:val="hybridMultilevel"/>
    <w:tmpl w:val="1D5EE11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B7686"/>
    <w:multiLevelType w:val="hybridMultilevel"/>
    <w:tmpl w:val="252095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D17FED"/>
    <w:multiLevelType w:val="hybridMultilevel"/>
    <w:tmpl w:val="1D5EE11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337233">
    <w:abstractNumId w:val="8"/>
  </w:num>
  <w:num w:numId="2" w16cid:durableId="895625789">
    <w:abstractNumId w:val="6"/>
  </w:num>
  <w:num w:numId="3" w16cid:durableId="241185493">
    <w:abstractNumId w:val="5"/>
  </w:num>
  <w:num w:numId="4" w16cid:durableId="725108646">
    <w:abstractNumId w:val="4"/>
  </w:num>
  <w:num w:numId="5" w16cid:durableId="2061517373">
    <w:abstractNumId w:val="7"/>
  </w:num>
  <w:num w:numId="6" w16cid:durableId="968557502">
    <w:abstractNumId w:val="3"/>
  </w:num>
  <w:num w:numId="7" w16cid:durableId="569191834">
    <w:abstractNumId w:val="2"/>
  </w:num>
  <w:num w:numId="8" w16cid:durableId="144132978">
    <w:abstractNumId w:val="1"/>
  </w:num>
  <w:num w:numId="9" w16cid:durableId="1149980491">
    <w:abstractNumId w:val="0"/>
  </w:num>
  <w:num w:numId="10" w16cid:durableId="1363281389">
    <w:abstractNumId w:val="9"/>
  </w:num>
  <w:num w:numId="11" w16cid:durableId="1978487376">
    <w:abstractNumId w:val="10"/>
  </w:num>
  <w:num w:numId="12" w16cid:durableId="19571718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473"/>
    <w:rsid w:val="000126CA"/>
    <w:rsid w:val="00015E9B"/>
    <w:rsid w:val="00016D66"/>
    <w:rsid w:val="0003009E"/>
    <w:rsid w:val="000314A5"/>
    <w:rsid w:val="00034616"/>
    <w:rsid w:val="0006063C"/>
    <w:rsid w:val="00072D74"/>
    <w:rsid w:val="000746B9"/>
    <w:rsid w:val="0008498E"/>
    <w:rsid w:val="00091D8F"/>
    <w:rsid w:val="00092CB8"/>
    <w:rsid w:val="000A5D14"/>
    <w:rsid w:val="000B5E11"/>
    <w:rsid w:val="000B75DF"/>
    <w:rsid w:val="000C5272"/>
    <w:rsid w:val="000D1204"/>
    <w:rsid w:val="000D4BC3"/>
    <w:rsid w:val="00115B49"/>
    <w:rsid w:val="001168B0"/>
    <w:rsid w:val="00127205"/>
    <w:rsid w:val="00132A0E"/>
    <w:rsid w:val="00141ED3"/>
    <w:rsid w:val="0015074B"/>
    <w:rsid w:val="00153322"/>
    <w:rsid w:val="001552DF"/>
    <w:rsid w:val="001558B2"/>
    <w:rsid w:val="00175B49"/>
    <w:rsid w:val="00187343"/>
    <w:rsid w:val="001941BD"/>
    <w:rsid w:val="001A13D3"/>
    <w:rsid w:val="001B0C56"/>
    <w:rsid w:val="001B18FB"/>
    <w:rsid w:val="001B1C5F"/>
    <w:rsid w:val="001B32AD"/>
    <w:rsid w:val="001D7D7A"/>
    <w:rsid w:val="001F181B"/>
    <w:rsid w:val="00246614"/>
    <w:rsid w:val="00254A73"/>
    <w:rsid w:val="002602F0"/>
    <w:rsid w:val="0029639D"/>
    <w:rsid w:val="0029682F"/>
    <w:rsid w:val="002A0636"/>
    <w:rsid w:val="002B1B3E"/>
    <w:rsid w:val="002C30C3"/>
    <w:rsid w:val="002C4EB8"/>
    <w:rsid w:val="002D24B3"/>
    <w:rsid w:val="002E606B"/>
    <w:rsid w:val="002E75B3"/>
    <w:rsid w:val="00320E82"/>
    <w:rsid w:val="00321C94"/>
    <w:rsid w:val="00326F90"/>
    <w:rsid w:val="0033421E"/>
    <w:rsid w:val="00335E50"/>
    <w:rsid w:val="0034187A"/>
    <w:rsid w:val="003418C7"/>
    <w:rsid w:val="0034300B"/>
    <w:rsid w:val="00344B59"/>
    <w:rsid w:val="00363EBE"/>
    <w:rsid w:val="003725D4"/>
    <w:rsid w:val="00375435"/>
    <w:rsid w:val="00381A0B"/>
    <w:rsid w:val="003A64DE"/>
    <w:rsid w:val="003C3C92"/>
    <w:rsid w:val="003D025F"/>
    <w:rsid w:val="003D640A"/>
    <w:rsid w:val="003E1FE0"/>
    <w:rsid w:val="004008E0"/>
    <w:rsid w:val="00401564"/>
    <w:rsid w:val="00410143"/>
    <w:rsid w:val="00415F4F"/>
    <w:rsid w:val="00420D24"/>
    <w:rsid w:val="0042631E"/>
    <w:rsid w:val="004326E4"/>
    <w:rsid w:val="00440664"/>
    <w:rsid w:val="00464ACE"/>
    <w:rsid w:val="004668AD"/>
    <w:rsid w:val="00472009"/>
    <w:rsid w:val="004B134A"/>
    <w:rsid w:val="004C4462"/>
    <w:rsid w:val="004D758B"/>
    <w:rsid w:val="00524553"/>
    <w:rsid w:val="005569D7"/>
    <w:rsid w:val="00570D46"/>
    <w:rsid w:val="00572E5F"/>
    <w:rsid w:val="00576A5C"/>
    <w:rsid w:val="00580E1A"/>
    <w:rsid w:val="00582F94"/>
    <w:rsid w:val="005C347C"/>
    <w:rsid w:val="005F0119"/>
    <w:rsid w:val="00601932"/>
    <w:rsid w:val="0060203A"/>
    <w:rsid w:val="006177F3"/>
    <w:rsid w:val="0064113E"/>
    <w:rsid w:val="00646665"/>
    <w:rsid w:val="00657A69"/>
    <w:rsid w:val="00661C4C"/>
    <w:rsid w:val="00670384"/>
    <w:rsid w:val="006A4A41"/>
    <w:rsid w:val="006D2B25"/>
    <w:rsid w:val="006F378F"/>
    <w:rsid w:val="00710BC3"/>
    <w:rsid w:val="00723A38"/>
    <w:rsid w:val="00750BA4"/>
    <w:rsid w:val="0075106E"/>
    <w:rsid w:val="0075315F"/>
    <w:rsid w:val="00753C8A"/>
    <w:rsid w:val="007647F9"/>
    <w:rsid w:val="00785D86"/>
    <w:rsid w:val="00794E03"/>
    <w:rsid w:val="00796FAE"/>
    <w:rsid w:val="007A2FF3"/>
    <w:rsid w:val="007C4E5A"/>
    <w:rsid w:val="007C709E"/>
    <w:rsid w:val="007F3EA8"/>
    <w:rsid w:val="007F5F4C"/>
    <w:rsid w:val="00804914"/>
    <w:rsid w:val="00815FF1"/>
    <w:rsid w:val="00826CC1"/>
    <w:rsid w:val="008514D4"/>
    <w:rsid w:val="0085253B"/>
    <w:rsid w:val="00853B6D"/>
    <w:rsid w:val="00877FF0"/>
    <w:rsid w:val="00880294"/>
    <w:rsid w:val="00885543"/>
    <w:rsid w:val="008A4976"/>
    <w:rsid w:val="008A65EC"/>
    <w:rsid w:val="008B46FD"/>
    <w:rsid w:val="008B52E3"/>
    <w:rsid w:val="008C2148"/>
    <w:rsid w:val="008C5A78"/>
    <w:rsid w:val="008C6438"/>
    <w:rsid w:val="008C6997"/>
    <w:rsid w:val="008C69B1"/>
    <w:rsid w:val="008D14CB"/>
    <w:rsid w:val="008D25BC"/>
    <w:rsid w:val="008F4023"/>
    <w:rsid w:val="009013C7"/>
    <w:rsid w:val="00906876"/>
    <w:rsid w:val="0091625C"/>
    <w:rsid w:val="00917F22"/>
    <w:rsid w:val="00920B50"/>
    <w:rsid w:val="0092138A"/>
    <w:rsid w:val="0092513A"/>
    <w:rsid w:val="0093657E"/>
    <w:rsid w:val="0094231A"/>
    <w:rsid w:val="00951B95"/>
    <w:rsid w:val="00963517"/>
    <w:rsid w:val="00970662"/>
    <w:rsid w:val="00972501"/>
    <w:rsid w:val="0097408F"/>
    <w:rsid w:val="00987D71"/>
    <w:rsid w:val="00993FF6"/>
    <w:rsid w:val="009A0A1F"/>
    <w:rsid w:val="009A6CEF"/>
    <w:rsid w:val="009B4C7E"/>
    <w:rsid w:val="009B53AA"/>
    <w:rsid w:val="009B654B"/>
    <w:rsid w:val="009D50C2"/>
    <w:rsid w:val="009D5CED"/>
    <w:rsid w:val="009E488E"/>
    <w:rsid w:val="00A04B35"/>
    <w:rsid w:val="00A141F2"/>
    <w:rsid w:val="00A331D6"/>
    <w:rsid w:val="00A43ECA"/>
    <w:rsid w:val="00A56562"/>
    <w:rsid w:val="00A60C93"/>
    <w:rsid w:val="00A760E5"/>
    <w:rsid w:val="00A76E65"/>
    <w:rsid w:val="00A918FE"/>
    <w:rsid w:val="00A919D8"/>
    <w:rsid w:val="00AA1D8D"/>
    <w:rsid w:val="00AB0B68"/>
    <w:rsid w:val="00AB2791"/>
    <w:rsid w:val="00AE0252"/>
    <w:rsid w:val="00AE0681"/>
    <w:rsid w:val="00AE0CAE"/>
    <w:rsid w:val="00AE318B"/>
    <w:rsid w:val="00AF1EA2"/>
    <w:rsid w:val="00AF4D30"/>
    <w:rsid w:val="00B01779"/>
    <w:rsid w:val="00B04B7B"/>
    <w:rsid w:val="00B1015D"/>
    <w:rsid w:val="00B40887"/>
    <w:rsid w:val="00B41834"/>
    <w:rsid w:val="00B4405B"/>
    <w:rsid w:val="00B4499B"/>
    <w:rsid w:val="00B47730"/>
    <w:rsid w:val="00B549D2"/>
    <w:rsid w:val="00B63B11"/>
    <w:rsid w:val="00B6722D"/>
    <w:rsid w:val="00B674E6"/>
    <w:rsid w:val="00B759E0"/>
    <w:rsid w:val="00B916CB"/>
    <w:rsid w:val="00BB0739"/>
    <w:rsid w:val="00BB1622"/>
    <w:rsid w:val="00BC2028"/>
    <w:rsid w:val="00BC251D"/>
    <w:rsid w:val="00BD229E"/>
    <w:rsid w:val="00BD3F8C"/>
    <w:rsid w:val="00BE4540"/>
    <w:rsid w:val="00BE58CD"/>
    <w:rsid w:val="00BE5AB9"/>
    <w:rsid w:val="00BF6A88"/>
    <w:rsid w:val="00C06E61"/>
    <w:rsid w:val="00C13363"/>
    <w:rsid w:val="00C147AD"/>
    <w:rsid w:val="00C160D7"/>
    <w:rsid w:val="00C22AF4"/>
    <w:rsid w:val="00C242F6"/>
    <w:rsid w:val="00C27D7D"/>
    <w:rsid w:val="00C3143A"/>
    <w:rsid w:val="00C34995"/>
    <w:rsid w:val="00C41682"/>
    <w:rsid w:val="00C62CAF"/>
    <w:rsid w:val="00CA1B6C"/>
    <w:rsid w:val="00CA1CEB"/>
    <w:rsid w:val="00CB0664"/>
    <w:rsid w:val="00CB35E9"/>
    <w:rsid w:val="00CB6E39"/>
    <w:rsid w:val="00CB7C4C"/>
    <w:rsid w:val="00CE438E"/>
    <w:rsid w:val="00D0279B"/>
    <w:rsid w:val="00D10168"/>
    <w:rsid w:val="00D236E8"/>
    <w:rsid w:val="00D32AF0"/>
    <w:rsid w:val="00D374C2"/>
    <w:rsid w:val="00D37802"/>
    <w:rsid w:val="00D62E9A"/>
    <w:rsid w:val="00D83087"/>
    <w:rsid w:val="00DB6EFE"/>
    <w:rsid w:val="00DD1C6A"/>
    <w:rsid w:val="00E0519C"/>
    <w:rsid w:val="00E05C42"/>
    <w:rsid w:val="00E55B41"/>
    <w:rsid w:val="00E736B6"/>
    <w:rsid w:val="00E73BAF"/>
    <w:rsid w:val="00E77826"/>
    <w:rsid w:val="00E9647A"/>
    <w:rsid w:val="00EB36C4"/>
    <w:rsid w:val="00F113F1"/>
    <w:rsid w:val="00F1402F"/>
    <w:rsid w:val="00F3215C"/>
    <w:rsid w:val="00F34054"/>
    <w:rsid w:val="00F3455E"/>
    <w:rsid w:val="00F36E2D"/>
    <w:rsid w:val="00F50FE6"/>
    <w:rsid w:val="00F53CD9"/>
    <w:rsid w:val="00F6156C"/>
    <w:rsid w:val="00F649BF"/>
    <w:rsid w:val="00F64C41"/>
    <w:rsid w:val="00F80977"/>
    <w:rsid w:val="00F841BA"/>
    <w:rsid w:val="00FA4234"/>
    <w:rsid w:val="00FB4879"/>
    <w:rsid w:val="00FC693F"/>
    <w:rsid w:val="00FD0282"/>
    <w:rsid w:val="00FD477E"/>
    <w:rsid w:val="00FD7473"/>
    <w:rsid w:val="00FE1B76"/>
    <w:rsid w:val="00FF1E53"/>
    <w:rsid w:val="05D6F001"/>
    <w:rsid w:val="546AB76A"/>
    <w:rsid w:val="6039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212E08CD-FB35-4215-8C68-9D9EBEA6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0BC3"/>
    <w:pPr>
      <w:keepNext/>
      <w:keepLines/>
      <w:spacing w:before="360" w:after="480"/>
      <w:jc w:val="center"/>
      <w:outlineLvl w:val="0"/>
    </w:pPr>
    <w:rPr>
      <w:rFonts w:ascii="Times New Roman" w:eastAsiaTheme="majorEastAsia" w:hAnsi="Times New Roman" w:cs="Times New Roman"/>
      <w:b/>
      <w:bCs/>
      <w:color w:val="D1AB66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4995"/>
    <w:pPr>
      <w:keepNext/>
      <w:keepLines/>
      <w:spacing w:before="360" w:after="480"/>
      <w:outlineLvl w:val="1"/>
    </w:pPr>
    <w:rPr>
      <w:rFonts w:ascii="Times New Roman" w:eastAsiaTheme="majorEastAsia" w:hAnsi="Times New Roman" w:cs="Times New Roman"/>
      <w:b/>
      <w:bCs/>
      <w:color w:val="D1AB66"/>
      <w:sz w:val="28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1AB66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41BD"/>
    <w:pPr>
      <w:spacing w:before="360" w:after="240"/>
      <w:outlineLvl w:val="3"/>
    </w:pPr>
    <w:rPr>
      <w:rFonts w:ascii="Times New Roman" w:hAnsi="Times New Roman" w:cs="Times New Roman"/>
      <w:b/>
      <w:bCs/>
      <w:i/>
      <w:iCs/>
      <w:sz w:val="26"/>
      <w:szCs w:val="26"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10BC3"/>
    <w:rPr>
      <w:rFonts w:ascii="Times New Roman" w:eastAsiaTheme="majorEastAsia" w:hAnsi="Times New Roman" w:cs="Times New Roman"/>
      <w:b/>
      <w:bCs/>
      <w:color w:val="D1AB66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34995"/>
    <w:rPr>
      <w:rFonts w:ascii="Times New Roman" w:eastAsiaTheme="majorEastAsia" w:hAnsi="Times New Roman" w:cs="Times New Roman"/>
      <w:b/>
      <w:bCs/>
      <w:color w:val="D1AB66"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1941BD"/>
    <w:rPr>
      <w:rFonts w:ascii="Times New Roman" w:hAnsi="Times New Roman" w:cs="Times New Roman"/>
      <w:b/>
      <w:bCs/>
      <w:i/>
      <w:iCs/>
      <w:sz w:val="26"/>
      <w:szCs w:val="26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tltsitmutat">
    <w:name w:val="Kitöltési útmutató"/>
    <w:pPr>
      <w:spacing w:after="100"/>
    </w:pPr>
    <w:rPr>
      <w:rFonts w:ascii="Aptos" w:hAnsi="Aptos"/>
      <w:i/>
      <w:color w:val="6B6B6B"/>
      <w:sz w:val="18"/>
    </w:rPr>
  </w:style>
  <w:style w:type="table" w:customStyle="1" w:styleId="Rcsostblzat1">
    <w:name w:val="Rácsos táblázat1"/>
    <w:basedOn w:val="TableNormal"/>
    <w:next w:val="TableGrid"/>
    <w:uiPriority w:val="39"/>
    <w:rsid w:val="00794E03"/>
    <w:pPr>
      <w:spacing w:after="0" w:line="240" w:lineRule="auto"/>
    </w:pPr>
    <w:rPr>
      <w:rFonts w:eastAsiaTheme="minorHAnsi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C2028"/>
  </w:style>
  <w:style w:type="paragraph" w:styleId="TOC2">
    <w:name w:val="toc 2"/>
    <w:basedOn w:val="Normal"/>
    <w:next w:val="Normal"/>
    <w:autoRedefine/>
    <w:uiPriority w:val="39"/>
    <w:unhideWhenUsed/>
    <w:rsid w:val="00BC2028"/>
    <w:pPr>
      <w:ind w:left="210"/>
    </w:pPr>
  </w:style>
  <w:style w:type="character" w:styleId="Hyperlink">
    <w:name w:val="Hyperlink"/>
    <w:basedOn w:val="DefaultParagraphFont"/>
    <w:uiPriority w:val="99"/>
    <w:unhideWhenUsed/>
    <w:rsid w:val="00BC20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609c44-1a02-4315-af35-9867413b06e4">
      <Terms xmlns="http://schemas.microsoft.com/office/infopath/2007/PartnerControls"/>
    </lcf76f155ced4ddcb4097134ff3c332f>
    <_Flow_SignoffStatus xmlns="43609c44-1a02-4315-af35-9867413b06e4" xsi:nil="true"/>
    <TaxCatchAll xmlns="1f4c7420-ec40-4a44-a15c-6f52e457a8f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B7BAE2063BBBA498E7FA3450EDCBBE9" ma:contentTypeVersion="19" ma:contentTypeDescription="Új dokumentum létrehozása." ma:contentTypeScope="" ma:versionID="b7c02c28553fb5dd4373afadc576f250">
  <xsd:schema xmlns:xsd="http://www.w3.org/2001/XMLSchema" xmlns:xs="http://www.w3.org/2001/XMLSchema" xmlns:p="http://schemas.microsoft.com/office/2006/metadata/properties" xmlns:ns2="43609c44-1a02-4315-af35-9867413b06e4" xmlns:ns3="1f4c7420-ec40-4a44-a15c-6f52e457a8f5" targetNamespace="http://schemas.microsoft.com/office/2006/metadata/properties" ma:root="true" ma:fieldsID="e0ca79b0aa2632b1bb262211f8186ae1" ns2:_="" ns3:_="">
    <xsd:import namespace="43609c44-1a02-4315-af35-9867413b06e4"/>
    <xsd:import namespace="1f4c7420-ec40-4a44-a15c-6f52e457a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09c44-1a02-4315-af35-9867413b06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3b20e2b-54aa-4d53-abfd-23dab211b6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Láttamozási állapot" ma:internalName="L_x00e1_ttamoz_x00e1_si_x0020__x00e1_llapot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c7420-ec40-4a44-a15c-6f52e457a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6a47457-5d57-42b3-9385-9d01dcfa8716}" ma:internalName="TaxCatchAll" ma:showField="CatchAllData" ma:web="1f4c7420-ec40-4a44-a15c-6f52e457a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CCE26E-6395-4A9C-8F4C-7139B9A6916C}">
  <ds:schemaRefs>
    <ds:schemaRef ds:uri="http://schemas.microsoft.com/office/2006/metadata/properties"/>
    <ds:schemaRef ds:uri="http://schemas.microsoft.com/office/infopath/2007/PartnerControls"/>
    <ds:schemaRef ds:uri="43609c44-1a02-4315-af35-9867413b06e4"/>
    <ds:schemaRef ds:uri="1f4c7420-ec40-4a44-a15c-6f52e457a8f5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D7A294-0F37-4F08-8529-99B7122EF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09c44-1a02-4315-af35-9867413b06e4"/>
    <ds:schemaRef ds:uri="1f4c7420-ec40-4a44-a15c-6f52e457a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4855F0-42DE-4A23-981D-05330B28EB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1878</Words>
  <Characters>10711</Characters>
  <Application>Microsoft Office Word</Application>
  <DocSecurity>4</DocSecurity>
  <Lines>89</Lines>
  <Paragraphs>25</Paragraphs>
  <ScaleCrop>false</ScaleCrop>
  <Manager/>
  <Company/>
  <LinksUpToDate>false</LinksUpToDate>
  <CharactersWithSpaces>12564</CharactersWithSpaces>
  <SharedDoc>false</SharedDoc>
  <HyperlinkBase/>
  <HLinks>
    <vt:vector size="102" baseType="variant">
      <vt:variant>
        <vt:i4>1048633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_Toc244693664</vt:lpwstr>
      </vt:variant>
      <vt:variant>
        <vt:i4>1048633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_Toc244693663</vt:lpwstr>
      </vt:variant>
      <vt:variant>
        <vt:i4>1048633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_Toc244693662</vt:lpwstr>
      </vt:variant>
      <vt:variant>
        <vt:i4>1048633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_Toc244693661</vt:lpwstr>
      </vt:variant>
      <vt:variant>
        <vt:i4>1048633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_Toc244693660</vt:lpwstr>
      </vt:variant>
      <vt:variant>
        <vt:i4>1245241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_Toc244693659</vt:lpwstr>
      </vt:variant>
      <vt:variant>
        <vt:i4>1245241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_Toc244693658</vt:lpwstr>
      </vt:variant>
      <vt:variant>
        <vt:i4>1245241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_Toc244693657</vt:lpwstr>
      </vt:variant>
      <vt:variant>
        <vt:i4>1245241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_Toc244693656</vt:lpwstr>
      </vt:variant>
      <vt:variant>
        <vt:i4>1245241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_Toc244693655</vt:lpwstr>
      </vt:variant>
      <vt:variant>
        <vt:i4>1245241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_Toc244693654</vt:lpwstr>
      </vt:variant>
      <vt:variant>
        <vt:i4>1245241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_Toc244693653</vt:lpwstr>
      </vt:variant>
      <vt:variant>
        <vt:i4>1245241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_Toc244693652</vt:lpwstr>
      </vt:variant>
      <vt:variant>
        <vt:i4>1245241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_Toc244693651</vt:lpwstr>
      </vt:variant>
      <vt:variant>
        <vt:i4>1245241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_Toc244693650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_Toc244693649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_Toc244693648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ETKR egységes egyetemi tanári pályázati sablon</dc:title>
  <dc:subject>Valamennyi tudományterület és tudományág esetében alkalmazható pályázati sablon</dc:subject>
  <dc:creator>Bálint Ágnes</dc:creator>
  <cp:keywords/>
  <dc:description>generated by python-docx</dc:description>
  <cp:lastModifiedBy>Vendégfelhasználó</cp:lastModifiedBy>
  <cp:revision>197</cp:revision>
  <dcterms:created xsi:type="dcterms:W3CDTF">2026-10-23T01:43:00Z</dcterms:created>
  <dcterms:modified xsi:type="dcterms:W3CDTF">2026-11-05T08:11:00Z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0x0101001B7BAE2063BBBA498E7FA3450EDCBBE9</vt:lpwstr>
  </property>
  <property fmtid="{D5CDD505-2E9C-101B-9397-08002B2CF9AE}" pid="3" name="MediaServiceImageTags">
    <vt:lpwstr/>
  </property>
</Properties>
</file>